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PERSÖNLICHER STECKBRIEF – LUSTIGE EDITION</w:t>
      </w:r>
    </w:p>
    <w:p/>
    <w:p>
      <w:r>
        <w:rPr>
          <w:b/>
          <w:sz w:val="20"/>
        </w:rPr>
        <w:t>Hiermit präsentiere ich meinen ganz persönlichen, nicht ganz ernst gemeinten Steckbrief:</w:t>
      </w:r>
    </w:p>
    <w:p/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Spitzname : ___________________________________________________________</w:t>
      </w:r>
    </w:p>
    <w:p>
      <w:r>
        <w:rPr>
          <w:b w:val="0"/>
          <w:sz w:val="20"/>
        </w:rPr>
        <w:t>Alter : ________________________________________________________________</w:t>
      </w:r>
    </w:p>
    <w:p>
      <w:r>
        <w:rPr>
          <w:b w:val="0"/>
          <w:sz w:val="20"/>
        </w:rPr>
        <w:t>Lieblingsessen : _______________________________________________________</w:t>
      </w:r>
    </w:p>
    <w:p>
      <w:r>
        <w:rPr>
          <w:b w:val="0"/>
          <w:sz w:val="20"/>
        </w:rPr>
        <w:t>Lieblingsfarbe : _______________________________________________________</w:t>
      </w:r>
    </w:p>
    <w:p>
      <w:r>
        <w:rPr>
          <w:b w:val="0"/>
          <w:sz w:val="20"/>
        </w:rPr>
        <w:t>Geheimer Superheldenname : ____________________________________________</w:t>
      </w:r>
    </w:p>
    <w:p/>
    <w:p>
      <w:r>
        <w:rPr>
          <w:b/>
          <w:sz w:val="20"/>
        </w:rPr>
        <w:t>Charaktereigenschaften (bitte ankreuzen):</w:t>
      </w:r>
    </w:p>
    <w:p>
      <w:r>
        <w:rPr>
          <w:b w:val="0"/>
          <w:sz w:val="20"/>
        </w:rPr>
        <w:t>[  ] Humorvoll   [  ] Abenteuerlustig   [  ] Schlafmütze   [  ] Kuchenliebhaber</w:t>
      </w:r>
    </w:p>
    <w:p>
      <w:r>
        <w:rPr>
          <w:b w:val="0"/>
          <w:sz w:val="20"/>
        </w:rPr>
        <w:t>[  ] Katzenfreund   [  ] Morgenmuffel   [  ] Serienjunkie   [  ] Weltverbesserer</w:t>
      </w:r>
    </w:p>
    <w:p/>
    <w:p>
      <w:r>
        <w:rPr>
          <w:b/>
          <w:sz w:val="20"/>
        </w:rPr>
        <w:t>Lieblingssprüche / Lebensmottos :</w:t>
      </w:r>
    </w:p>
    <w:p>
      <w:r>
        <w:rPr>
          <w:b w:val="0"/>
          <w:sz w:val="20"/>
        </w:rPr>
        <w:t>"_______________________________________________________________"</w:t>
      </w:r>
    </w:p>
    <w:p>
      <w:r>
        <w:rPr>
          <w:b w:val="0"/>
          <w:sz w:val="20"/>
        </w:rPr>
        <w:t>"_______________________________________________________________"</w:t>
      </w:r>
    </w:p>
    <w:p/>
    <w:p>
      <w:r>
        <w:rPr>
          <w:b/>
          <w:sz w:val="20"/>
        </w:rPr>
        <w:t>Hobbys :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/>
          <w:sz w:val="20"/>
        </w:rPr>
        <w:t>Besondere Fähigkeiten :</w:t>
      </w:r>
    </w:p>
    <w:p>
      <w:r>
        <w:rPr>
          <w:b w:val="0"/>
          <w:sz w:val="20"/>
        </w:rPr>
        <w:t>_______________________________________________________________</w:t>
      </w:r>
    </w:p>
    <w:p/>
    <w:p>
      <w:r>
        <w:rPr>
          <w:b/>
          <w:sz w:val="20"/>
        </w:rPr>
        <w:t>Lustige Fakten über mich :</w:t>
      </w:r>
    </w:p>
    <w:p>
      <w:r>
        <w:rPr>
          <w:b w:val="0"/>
          <w:sz w:val="20"/>
        </w:rPr>
        <w:t>1. 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</w:t>
      </w:r>
    </w:p>
    <w:p/>
    <w:p>
      <w:r>
        <w:rPr>
          <w:b/>
          <w:sz w:val="20"/>
        </w:rPr>
        <w:t>Meine Wünsche und Träume :</w:t>
      </w:r>
    </w:p>
    <w:p>
      <w:r>
        <w:rPr>
          <w:b w:val="0"/>
          <w:sz w:val="20"/>
        </w:rPr>
        <w:t>_______________________________________________________________</w:t>
      </w:r>
    </w:p>
    <w:p/>
    <w:p/>
    <w:p>
      <w:pPr>
        <w:jc w:val="center"/>
      </w:pPr>
      <w:r>
        <w:rPr>
          <w:b w:val="0"/>
          <w:sz w:val="20"/>
        </w:rPr>
        <w:t>Unterschrift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Zeuge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Zeuge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Unterschrift 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Unterschrift 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https://dokumentfertig.com/personlicher-steckbrief-lustig/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personlicher-steckbrief-lustig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