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PRAKTIKUMSBESCHEINIGUNG</w:t>
      </w:r>
    </w:p>
    <w:p/>
    <w:p/>
    <w:p>
      <w:r>
        <w:rPr>
          <w:b w:val="0"/>
          <w:sz w:val="20"/>
        </w:rPr>
        <w:t>Hiermit bestätigen wir, dass</w:t>
      </w:r>
    </w:p>
    <w:p>
      <w:r>
        <w:rPr>
          <w:b/>
          <w:sz w:val="20"/>
        </w:rPr>
        <w:t>Vor- und Nachname des Praktikanten/der Praktikantin : ________________________________</w:t>
      </w:r>
    </w:p>
    <w:p>
      <w:r>
        <w:rPr>
          <w:b/>
          <w:sz w:val="20"/>
        </w:rPr>
        <w:t>geboren am : ________________________________</w:t>
      </w:r>
    </w:p>
    <w:p/>
    <w:p>
      <w:r>
        <w:rPr>
          <w:b w:val="0"/>
          <w:sz w:val="20"/>
        </w:rPr>
        <w:t>im Zeitraum vom ________________________________ bis ________________________________ ein Praktikum in unserer Kindertagesstätte absolviert hat.</w:t>
      </w:r>
    </w:p>
    <w:p/>
    <w:p>
      <w:r>
        <w:rPr>
          <w:b/>
          <w:sz w:val="20"/>
        </w:rPr>
        <w:t>Während des Praktikums wurden folgende Tätigkeiten ausgeübt:</w:t>
      </w:r>
    </w:p>
    <w:p>
      <w:r>
        <w:rPr>
          <w:b w:val="0"/>
          <w:sz w:val="20"/>
        </w:rPr>
        <w:t>• Betreuung und Begleitung der Kinder im Tagesablauf</w:t>
      </w:r>
    </w:p>
    <w:p>
      <w:r>
        <w:rPr>
          <w:b w:val="0"/>
          <w:sz w:val="20"/>
        </w:rPr>
        <w:t>• Unterstützung bei pädagogischen Angeboten und Aktivitäten</w:t>
      </w:r>
    </w:p>
    <w:p>
      <w:r>
        <w:rPr>
          <w:b w:val="0"/>
          <w:sz w:val="20"/>
        </w:rPr>
        <w:t>• Mitwirkung bei der Gestaltung von Freizeit- und Bildungsangeboten</w:t>
      </w:r>
    </w:p>
    <w:p>
      <w:r>
        <w:rPr>
          <w:b w:val="0"/>
          <w:sz w:val="20"/>
        </w:rPr>
        <w:t>• Teilnahme an Teambesprechungen und Elterngesprächen</w:t>
      </w:r>
    </w:p>
    <w:p/>
    <w:p>
      <w:r>
        <w:rPr>
          <w:b w:val="0"/>
          <w:sz w:val="20"/>
        </w:rPr>
        <w:t>Das Praktikum wurde ordnungsgemäß und mit großem Engagement durchgeführt.</w:t>
      </w:r>
    </w:p>
    <w:p/>
    <w:p/>
    <w:p>
      <w:r>
        <w:rPr>
          <w:b w:val="0"/>
          <w:sz w:val="20"/>
        </w:rPr>
        <w:t>Wir wünschen für den weiteren beruflichen Weg viel Erfolg.</w:t>
      </w:r>
    </w:p>
    <w:p/>
    <w:p/>
    <w:p/>
    <w:p>
      <w:r>
        <w:rPr>
          <w:b w:val="0"/>
          <w:sz w:val="20"/>
        </w:rPr>
        <w:t>Ort : ________________________________    Datum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Kindertagesstätte (Stempel und Unterschrift)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Praktikant/in (Unterschrift)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https://dokumentfertig.com/praktikumsbescheinigung-vorlage-kindergarten/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praktikumsbescheinigung-vorlage-kindergart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