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RANGRÜCKTRITTSEHRKLÄRUNG</w:t>
      </w:r>
    </w:p>
    <w:p/>
    <w:p>
      <w:r>
        <w:rPr>
          <w:b w:val="0"/>
          <w:sz w:val="20"/>
        </w:rPr>
        <w:t>Hiermit erkläre ich, ________________________________________________ (Name, Anschrift),</w:t>
      </w:r>
    </w:p>
    <w:p>
      <w:r>
        <w:rPr>
          <w:b/>
          <w:sz w:val="20"/>
        </w:rPr>
        <w:t>Rangrücktritt hinsichtlich folgender Forderung:</w:t>
      </w:r>
    </w:p>
    <w:p>
      <w:r>
        <w:rPr>
          <w:b w:val="0"/>
          <w:sz w:val="20"/>
        </w:rPr>
        <w:t>Forderungsbetrag : __________________________ EUR</w:t>
      </w:r>
    </w:p>
    <w:p>
      <w:r>
        <w:rPr>
          <w:b w:val="0"/>
          <w:sz w:val="20"/>
        </w:rPr>
        <w:t>Gläubiger : ____________________________________________________________</w:t>
      </w:r>
    </w:p>
    <w:p>
      <w:r>
        <w:rPr>
          <w:b w:val="0"/>
          <w:sz w:val="20"/>
        </w:rPr>
        <w:t>Schuldner : ____________________________________________________________</w:t>
      </w:r>
    </w:p>
    <w:p/>
    <w:p>
      <w:r>
        <w:rPr>
          <w:b w:val="0"/>
          <w:sz w:val="20"/>
        </w:rPr>
        <w:t>Ich trete hiermit hinsichtlich der oben genannten Forderung meinen Rang hinter andere</w:t>
      </w:r>
    </w:p>
    <w:p>
      <w:r>
        <w:rPr>
          <w:b w:val="0"/>
          <w:sz w:val="20"/>
        </w:rPr>
        <w:t>bestehende oder zukünftige Forderungen des Gläubigers zurück. Dieser Rangrücktritt gilt</w:t>
      </w:r>
    </w:p>
    <w:p>
      <w:r>
        <w:rPr>
          <w:b w:val="0"/>
          <w:sz w:val="20"/>
        </w:rPr>
        <w:t>für alle gegenwärtigen und zukünftigen Forderungen mit gleicher oder höherer Rangstellung,</w:t>
      </w:r>
    </w:p>
    <w:p>
      <w:r>
        <w:rPr>
          <w:b w:val="0"/>
          <w:sz w:val="20"/>
        </w:rPr>
        <w:t>sofern nichts anderes schriftlich vereinbart wird.</w:t>
      </w:r>
    </w:p>
    <w:p/>
    <w:p>
      <w:r>
        <w:rPr>
          <w:b w:val="0"/>
          <w:sz w:val="20"/>
        </w:rPr>
        <w:t>Der Rangrücktritt erfolgt freiwillig und unwiderruflich. Die Rechte des Gläubigers werden</w:t>
      </w:r>
    </w:p>
    <w:p>
      <w:r>
        <w:rPr>
          <w:b w:val="0"/>
          <w:sz w:val="20"/>
        </w:rPr>
        <w:t>dadurch nicht berührt, die Forderung bleibt bestehen und durchsetzbar.</w:t>
      </w:r>
    </w:p>
    <w:p/>
    <w:p>
      <w:r>
        <w:rPr>
          <w:b w:val="0"/>
          <w:sz w:val="20"/>
        </w:rPr>
        <w:t>Diese Rangrücktrittserklärung gilt ab dem Zeitpunkt der Unterzeichnung und ist Bestandteil</w:t>
      </w:r>
    </w:p>
    <w:p>
      <w:r>
        <w:rPr>
          <w:b w:val="0"/>
          <w:sz w:val="20"/>
        </w:rPr>
        <w:t>des zugrunde liegenden Vertragsverhältnisses zwischen den Parteien.</w:t>
      </w:r>
    </w:p>
    <w:p/>
    <w:p>
      <w:r>
        <w:rPr>
          <w:b/>
          <w:sz w:val="20"/>
        </w:rPr>
        <w:t>Hinweis :</w:t>
      </w:r>
    </w:p>
    <w:p>
      <w:r>
        <w:rPr>
          <w:b w:val="0"/>
          <w:sz w:val="20"/>
        </w:rPr>
        <w:t>Diese Erklärung entbindet den Schuldner nicht von der Zahlungspflicht. Die Rangrücktrittserklärung</w:t>
      </w:r>
    </w:p>
    <w:p>
      <w:r>
        <w:rPr>
          <w:b w:val="0"/>
          <w:sz w:val="20"/>
        </w:rPr>
        <w:t>beeinträchtigt nicht die Fälligkeit oder Durchsetzbarkeit der Forderung.</w:t>
      </w:r>
    </w:p>
    <w:p/>
    <w:p>
      <w:r>
        <w:rPr>
          <w:b w:val="0"/>
          <w:sz w:val="20"/>
        </w:rPr>
        <w:t>Ort : ___________________________________    Datum : 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Gläubiger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Schuldner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https://dokumentfertig.com/rangrucktrittserklarung-muster-osterreich/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https://dokumentfertig.com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dokumentfertig.com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fertig.com/rangrucktrittserklarung-muster-osterreich/" TargetMode="External"/><Relationship Id="rId10" Type="http://schemas.openxmlformats.org/officeDocument/2006/relationships/hyperlink" Target="https://dokumentferti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