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FÜR EIN RETOUR SCHREIBEN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>
      <w:r>
        <w:rPr>
          <w:b w:val="0"/>
          <w:sz w:val="20"/>
        </w:rPr>
        <w:t>E-Mail : ___________________________________________________________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Firma : ____________________________________________________________</w:t>
      </w:r>
    </w:p>
    <w:p>
      <w:r>
        <w:rPr>
          <w:b w:val="0"/>
          <w:sz w:val="20"/>
        </w:rPr>
        <w:t>Abteilung : 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Widerruf / Rücksendung Ihrer Bestellung / Reklamation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/>
          <w:sz w:val="20"/>
        </w:rPr>
        <w:t>hiermit widerrufe ich den von mir abgeschlossenen Vertrag über den Kauf folgender Ware:</w:t>
      </w:r>
    </w:p>
    <w:p>
      <w:r>
        <w:rPr>
          <w:b w:val="0"/>
          <w:sz w:val="20"/>
        </w:rPr>
        <w:t>Artikelbezeichnung : ______________________________________________</w:t>
      </w:r>
    </w:p>
    <w:p>
      <w:r>
        <w:rPr>
          <w:b w:val="0"/>
          <w:sz w:val="20"/>
        </w:rPr>
        <w:t>Bestellnummer : _________________________________________________</w:t>
      </w:r>
    </w:p>
    <w:p>
      <w:r>
        <w:rPr>
          <w:b w:val="0"/>
          <w:sz w:val="20"/>
        </w:rPr>
        <w:t>Grund der Rücksendung : __________________________________________</w:t>
      </w:r>
    </w:p>
    <w:p/>
    <w:p>
      <w:r>
        <w:rPr>
          <w:b w:val="0"/>
          <w:sz w:val="20"/>
        </w:rPr>
        <w:t>Die Ware ist unbenutzt und befindet sich in der Originalverpackung. Bitte bestätigen Sie mir den Eingang dieser Rücksendung und die Erstattung des Kaufpreises.</w:t>
      </w:r>
    </w:p>
    <w:p/>
    <w:p>
      <w:r>
        <w:rPr>
          <w:b/>
          <w:sz w:val="20"/>
        </w:rPr>
        <w:t>Bitte überweisen Sie den Kaufpreis auf folgendes Konto:</w:t>
      </w:r>
    </w:p>
    <w:p>
      <w:r>
        <w:rPr>
          <w:b w:val="0"/>
          <w:sz w:val="20"/>
        </w:rPr>
        <w:t>Kontoinhaber : _________________________________________________</w:t>
      </w:r>
    </w:p>
    <w:p>
      <w:r>
        <w:rPr>
          <w:b w:val="0"/>
          <w:sz w:val="20"/>
        </w:rPr>
        <w:t>IBAN : _______________________________________________________</w:t>
      </w:r>
    </w:p>
    <w:p>
      <w:r>
        <w:rPr>
          <w:b w:val="0"/>
          <w:sz w:val="20"/>
        </w:rPr>
        <w:t>BIC : _________________________________________________________</w:t>
      </w:r>
    </w:p>
    <w:p/>
    <w:p>
      <w:r>
        <w:rPr>
          <w:b w:val="0"/>
          <w:sz w:val="20"/>
        </w:rPr>
        <w:t>Für Rückfragen stehe ich Ihnen gerne zur Verfügung.</w:t>
      </w:r>
    </w:p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____________________________________________</w:t>
      </w:r>
    </w:p>
    <w:p>
      <w:r>
        <w:rPr>
          <w:b w:val="0"/>
          <w:sz w:val="20"/>
        </w:rPr>
        <w:t>Datum : 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https://dokumentfertig.com/retour-schreiben-muster/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retour-schreiben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