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RÜCKGABEFORMULAR SCHLÜSSEL ARBEITGEBER</w:t>
      </w:r>
    </w:p>
    <w:p/>
    <w:p>
      <w:r>
        <w:rPr>
          <w:b/>
          <w:sz w:val="20"/>
        </w:rPr>
        <w:t>Angaben zum Arbeitnehmer: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Personalnummer (falls vorhanden) : ____________________________________</w:t>
      </w:r>
    </w:p>
    <w:p>
      <w:r>
        <w:rPr>
          <w:b w:val="0"/>
          <w:sz w:val="20"/>
        </w:rPr>
        <w:t>Abteilung : ___________________________________________________________</w:t>
      </w:r>
    </w:p>
    <w:p/>
    <w:p>
      <w:r>
        <w:rPr>
          <w:b/>
          <w:sz w:val="20"/>
        </w:rPr>
        <w:t>Angaben zum Arbeitgeber:</w:t>
      </w:r>
    </w:p>
    <w:p>
      <w:r>
        <w:rPr>
          <w:b w:val="0"/>
          <w:sz w:val="20"/>
        </w:rPr>
        <w:t>Firmenname : 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</w:t>
      </w:r>
    </w:p>
    <w:p>
      <w:r>
        <w:rPr>
          <w:b w:val="0"/>
          <w:sz w:val="20"/>
        </w:rPr>
        <w:t>Ansprechpartner : _____________________________________________________</w:t>
      </w:r>
    </w:p>
    <w:p/>
    <w:p>
      <w:r>
        <w:rPr>
          <w:b/>
          <w:sz w:val="20"/>
        </w:rPr>
        <w:t>Angaben zum Schlüssel:</w:t>
      </w:r>
    </w:p>
    <w:p>
      <w:r>
        <w:rPr>
          <w:b w:val="0"/>
          <w:sz w:val="20"/>
        </w:rPr>
        <w:t>Schlüsselnummer/-bezeichnung : ________________________________________</w:t>
      </w:r>
    </w:p>
    <w:p>
      <w:r>
        <w:rPr>
          <w:b w:val="0"/>
          <w:sz w:val="20"/>
        </w:rPr>
        <w:t>Verwendungszweck : ____________________________________________________</w:t>
      </w:r>
    </w:p>
    <w:p>
      <w:r>
        <w:rPr>
          <w:b w:val="0"/>
          <w:sz w:val="20"/>
        </w:rPr>
        <w:t>Übergabedatum (vom Arbeitnehmer erhalten) : ____________________________</w:t>
      </w:r>
    </w:p>
    <w:p/>
    <w:p>
      <w:r>
        <w:rPr>
          <w:b/>
          <w:sz w:val="20"/>
        </w:rPr>
        <w:t>Bestätigung der Rückgabe:</w:t>
      </w:r>
    </w:p>
    <w:p>
      <w:r>
        <w:rPr>
          <w:b w:val="0"/>
          <w:sz w:val="20"/>
        </w:rPr>
        <w:t>Hiermit bestätige ich, dass ich den oben genannten Schlüssel vollständig und unbeschädigt an den Arbeitgeber zurückgegeben habe.</w:t>
      </w:r>
    </w:p>
    <w:p/>
    <w:p>
      <w:r>
        <w:rPr>
          <w:b/>
          <w:sz w:val="20"/>
        </w:rPr>
        <w:t>§ 1 – Rückgabezeitpunkt</w:t>
      </w:r>
    </w:p>
    <w:p>
      <w:r>
        <w:rPr>
          <w:b w:val="0"/>
          <w:sz w:val="20"/>
        </w:rPr>
        <w:t>Die Rückgabe des Schlüssels erfolgt mit Unterzeichnung dieses Formulars. Verzögerungen sind unverzüglich dem Arbeitgeber mitzuteilen.</w:t>
      </w:r>
    </w:p>
    <w:p/>
    <w:p>
      <w:r>
        <w:rPr>
          <w:b/>
          <w:sz w:val="20"/>
        </w:rPr>
        <w:t>§ 2 – Haftung</w:t>
      </w:r>
    </w:p>
    <w:p>
      <w:r>
        <w:rPr>
          <w:b w:val="0"/>
          <w:sz w:val="20"/>
        </w:rPr>
        <w:t>Der Arbeitnehmer haftet für Beschädigungen oder Verlust des Schlüssels, sofern kein Nachweis für eine ordnungsgemäße Rückgabe erbracht wird.</w:t>
      </w:r>
    </w:p>
    <w:p/>
    <w:p>
      <w:r>
        <w:rPr>
          <w:b/>
          <w:sz w:val="20"/>
        </w:rPr>
        <w:t>§ 3 – Datenschutz</w:t>
      </w:r>
    </w:p>
    <w:p>
      <w:r>
        <w:rPr>
          <w:b w:val="0"/>
          <w:sz w:val="20"/>
        </w:rPr>
        <w:t>Die im Rahmen dieses Formulars erhobenen personenbezogenen Daten werden ausschließlich zur Dokumentation der Schlüsselrückgabe verwendet.</w:t>
      </w:r>
    </w:p>
    <w:p/>
    <w:p>
      <w:r>
        <w:rPr>
          <w:b/>
          <w:sz w:val="20"/>
        </w:rPr>
        <w:t>§ 4 – Schlussbestimmungen</w:t>
      </w:r>
    </w:p>
    <w:p>
      <w:r>
        <w:rPr>
          <w:b w:val="0"/>
          <w:sz w:val="20"/>
        </w:rPr>
        <w:t>Dieses Formular ist Bestandteil des Arbeitsverhältnisses. Änderungen bedürfen der Schriftform.</w:t>
      </w:r>
    </w:p>
    <w:p/>
    <w:p/>
    <w:p>
      <w:r>
        <w:rPr>
          <w:b w:val="0"/>
          <w:sz w:val="20"/>
        </w:rPr>
        <w:t>Ort : ____________________________________    Datum : 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https://dokumentfertig.com/ruckgabe-schlussel-arbeitgeber-muster/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ruckgabe-schlussel-arbeitgeber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