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ZUR RÜCKTRITTSERKLÄRUNG VON EINER FUNKTION</w:t>
      </w:r>
    </w:p>
    <w:p/>
    <w:p>
      <w:r>
        <w:rPr>
          <w:b w:val="0"/>
          <w:sz w:val="20"/>
        </w:rPr>
        <w:t>Hiermit erkläre ich meinen Rücktritt von meiner Funktion,</w:t>
      </w:r>
    </w:p>
    <w:p>
      <w:r>
        <w:rPr>
          <w:b/>
          <w:sz w:val="20"/>
        </w:rPr>
        <w:t>die ich aktuell inne habe, mit sofortiger Wirkung.</w:t>
      </w:r>
    </w:p>
    <w:p/>
    <w:p>
      <w:r>
        <w:rPr>
          <w:b/>
          <w:sz w:val="20"/>
        </w:rPr>
        <w:t>Angaben zur Person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zur Funktion :</w:t>
      </w:r>
    </w:p>
    <w:p>
      <w:r>
        <w:rPr>
          <w:b w:val="0"/>
          <w:sz w:val="20"/>
        </w:rPr>
        <w:t>Bezeichnung der Funktion : ____________________________________________</w:t>
      </w:r>
    </w:p>
    <w:p>
      <w:r>
        <w:rPr>
          <w:b w:val="0"/>
          <w:sz w:val="20"/>
        </w:rPr>
        <w:t>Organisationsname / Verein : __________________________________________</w:t>
      </w:r>
    </w:p>
    <w:p>
      <w:r>
        <w:rPr>
          <w:b w:val="0"/>
          <w:sz w:val="20"/>
        </w:rPr>
        <w:t>Datum des Beginns der Funktion : _____________________________________</w:t>
      </w:r>
    </w:p>
    <w:p/>
    <w:p>
      <w:r>
        <w:rPr>
          <w:b/>
          <w:sz w:val="20"/>
        </w:rPr>
        <w:t>Rücktrittserklärung :</w:t>
      </w:r>
    </w:p>
    <w:p>
      <w:r>
        <w:rPr>
          <w:b w:val="0"/>
          <w:sz w:val="20"/>
        </w:rPr>
        <w:t xml:space="preserve">Hiermit trete ich mit sofortiger Wirkung von meiner oben genannten Funktion zurück. </w:t>
      </w:r>
    </w:p>
    <w:p>
      <w:r>
        <w:rPr>
          <w:b w:val="0"/>
          <w:sz w:val="20"/>
        </w:rPr>
        <w:t>Ich bitte darum, meinen Rücktritt zu akzeptieren und die notwendigen Schritte zur Abberufung einzuleiten.</w:t>
      </w:r>
    </w:p>
    <w:p/>
    <w:p>
      <w:r>
        <w:rPr>
          <w:b/>
          <w:sz w:val="20"/>
        </w:rPr>
        <w:t>Haftung und Übergabe :</w:t>
      </w:r>
    </w:p>
    <w:p>
      <w:r>
        <w:rPr>
          <w:b w:val="0"/>
          <w:sz w:val="20"/>
        </w:rPr>
        <w:t>Mit dem Rücktritt übergebe ich alle mir anvertrauten Unterlagen und Aufgaben umgehend an die zuständigen Personen oder Stellen.</w:t>
      </w:r>
    </w:p>
    <w:p>
      <w:r>
        <w:rPr>
          <w:b w:val="0"/>
          <w:sz w:val="20"/>
        </w:rPr>
        <w:t>Ich bestätige, dass ich bis zum Rücktritt keine weiteren Verpflichtungen aus der Funktion übernehmen werde.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Sollte eine Bestimmung dieser Rücktrittserklärung unwirksam sein, so bleibt die Wirksamkeit der übrigen Bestimmungen unberührt.</w:t>
      </w:r>
    </w:p>
    <w:p>
      <w:r>
        <w:rPr>
          <w:b w:val="0"/>
          <w:sz w:val="20"/>
        </w:rPr>
        <w:t>Die rechtlichen Grundlagen richten sich nach den jeweils geltenden gesetzlichen Vorschriften in Deutschland.</w:t>
      </w:r>
    </w:p>
    <w:p/>
    <w:p/>
    <w:p>
      <w:r>
        <w:rPr>
          <w:b w:val="0"/>
          <w:sz w:val="20"/>
        </w:rPr>
        <w:t>Ort : ______________________________________</w:t>
      </w:r>
    </w:p>
    <w:p>
      <w:r>
        <w:rPr>
          <w:b w:val="0"/>
          <w:sz w:val="20"/>
        </w:rPr>
        <w:t>Unterschrift 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Rücktrittender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Empfangsbestätigung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https://dokumentfertig.com/rucktritt-von-einer-funktion-vorlage/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rucktritt-von-einer-funktio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