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SEPA-ÜBERWEISUNG SV Sparkasse</w:t>
      </w:r>
    </w:p>
    <w:p/>
    <w:p/>
    <w:p>
      <w:r>
        <w:rPr>
          <w:b/>
          <w:sz w:val="20"/>
        </w:rPr>
        <w:t>Auftraggeber (Kontoinhaber):</w:t>
      </w:r>
    </w:p>
    <w:p>
      <w:r>
        <w:rPr>
          <w:b w:val="0"/>
          <w:sz w:val="20"/>
        </w:rPr>
        <w:t>Name, Vorname / Firma : ______________________________________________</w:t>
      </w:r>
    </w:p>
    <w:p>
      <w:r>
        <w:rPr>
          <w:b w:val="0"/>
          <w:sz w:val="20"/>
        </w:rPr>
        <w:t>Straße, Hausnummer    : ______________________________________________</w:t>
      </w:r>
    </w:p>
    <w:p>
      <w:r>
        <w:rPr>
          <w:b w:val="0"/>
          <w:sz w:val="20"/>
        </w:rPr>
        <w:t>PLZ, Ort              : ______________________________________________</w:t>
      </w:r>
    </w:p>
    <w:p>
      <w:r>
        <w:rPr>
          <w:b w:val="0"/>
          <w:sz w:val="20"/>
        </w:rPr>
        <w:t>IBAN                 : ______________________________________________</w:t>
      </w:r>
    </w:p>
    <w:p>
      <w:r>
        <w:rPr>
          <w:b w:val="0"/>
          <w:sz w:val="20"/>
        </w:rPr>
        <w:t>BIC (falls bekannt)  : ______________________________________________</w:t>
      </w:r>
    </w:p>
    <w:p/>
    <w:p>
      <w:r>
        <w:rPr>
          <w:b/>
          <w:sz w:val="20"/>
        </w:rPr>
        <w:t>Begünstigter (Zahlungsempfänger):</w:t>
      </w:r>
    </w:p>
    <w:p>
      <w:r>
        <w:rPr>
          <w:b w:val="0"/>
          <w:sz w:val="20"/>
        </w:rPr>
        <w:t>Name, Vorname / Firma : ______________________________________________</w:t>
      </w:r>
    </w:p>
    <w:p>
      <w:r>
        <w:rPr>
          <w:b w:val="0"/>
          <w:sz w:val="20"/>
        </w:rPr>
        <w:t>Straße, Hausnummer    : ______________________________________________</w:t>
      </w:r>
    </w:p>
    <w:p>
      <w:r>
        <w:rPr>
          <w:b w:val="0"/>
          <w:sz w:val="20"/>
        </w:rPr>
        <w:t>PLZ, Ort              : ______________________________________________</w:t>
      </w:r>
    </w:p>
    <w:p>
      <w:r>
        <w:rPr>
          <w:b w:val="0"/>
          <w:sz w:val="20"/>
        </w:rPr>
        <w:t>IBAN                  : ______________________________________________</w:t>
      </w:r>
    </w:p>
    <w:p>
      <w:r>
        <w:rPr>
          <w:b w:val="0"/>
          <w:sz w:val="20"/>
        </w:rPr>
        <w:t>BIC (falls bekannt)   : ______________________________________________</w:t>
      </w:r>
    </w:p>
    <w:p/>
    <w:p>
      <w:r>
        <w:rPr>
          <w:b/>
          <w:sz w:val="20"/>
        </w:rPr>
        <w:t>Zahlungsdetails:</w:t>
      </w:r>
    </w:p>
    <w:p>
      <w:r>
        <w:rPr>
          <w:b w:val="0"/>
          <w:sz w:val="20"/>
        </w:rPr>
        <w:t>Verwendungszweck / Nachricht: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Betrag in EUR: ___________________________</w:t>
      </w:r>
    </w:p>
    <w:p>
      <w:r>
        <w:rPr>
          <w:b w:val="0"/>
          <w:sz w:val="20"/>
        </w:rPr>
        <w:t>Ausführungsart:</w:t>
      </w:r>
    </w:p>
    <w:p>
      <w:r>
        <w:rPr>
          <w:b w:val="0"/>
          <w:sz w:val="20"/>
        </w:rPr>
        <w:t xml:space="preserve">  ( ) Einmalig      ( ) Wiederkehrend</w:t>
      </w:r>
    </w:p>
    <w:p/>
    <w:p>
      <w:r>
        <w:rPr>
          <w:b w:val="0"/>
          <w:sz w:val="20"/>
        </w:rPr>
        <w:t>Mandatsreferenz (falls vorhanden): ___________________________________</w:t>
      </w:r>
    </w:p>
    <w:p>
      <w:r>
        <w:rPr>
          <w:b w:val="0"/>
          <w:sz w:val="20"/>
        </w:rPr>
        <w:t>Gläubiger-Identifikationsnummer der Sparkasse:</w:t>
      </w:r>
    </w:p>
    <w:p>
      <w:r>
        <w:rPr>
          <w:b w:val="0"/>
          <w:sz w:val="20"/>
        </w:rPr>
        <w:t>DE98ZZZ09999999999</w:t>
      </w:r>
    </w:p>
    <w:p/>
    <w:p>
      <w:r>
        <w:rPr>
          <w:b/>
          <w:sz w:val="20"/>
        </w:rPr>
        <w:t>Hinweise:</w:t>
      </w:r>
    </w:p>
    <w:p>
      <w:r>
        <w:rPr>
          <w:b w:val="0"/>
          <w:sz w:val="20"/>
        </w:rPr>
        <w:t>Mit der Unterzeichnung ermächtigt der Auftraggeber die Sparkasse, den genannten Betrag vom Konto einzuziehen. Gleichzeitig weist der Auftraggeber sein Kreditinstitut an, die Lastschrift einzulösen.</w:t>
      </w:r>
    </w:p>
    <w:p>
      <w:r>
        <w:rPr>
          <w:b w:val="0"/>
          <w:sz w:val="20"/>
        </w:rPr>
        <w:t>Die Mandatsreferenz und Gläubiger-ID sind zwingend anzugeben, falls ein SEPA-Lastschriftmandat zugrunde liegt.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Auftraggeber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https://dokumentfertig.com/sepa-uberweisung-vorlage-sparkasse/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sepa-uberweisung-vorlage-sparkasse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