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SONDERKÜNDIGUNG INTERNETSTÖRUNG</w:t>
      </w:r>
    </w:p>
    <w:p/>
    <w:p>
      <w:r>
        <w:rPr>
          <w:b/>
          <w:sz w:val="20"/>
        </w:rPr>
        <w:t>An:</w:t>
      </w:r>
    </w:p>
    <w:p>
      <w:r>
        <w:rPr>
          <w:b w:val="0"/>
          <w:sz w:val="20"/>
        </w:rPr>
        <w:t>Internet-Anbieter</w:t>
      </w:r>
    </w:p>
    <w:p>
      <w:r>
        <w:rPr>
          <w:b w:val="0"/>
          <w:sz w:val="20"/>
        </w:rPr>
        <w:t>Kundenservice / Vertragsabteilung</w:t>
      </w:r>
    </w:p>
    <w:p>
      <w:r>
        <w:rPr>
          <w:b w:val="0"/>
          <w:sz w:val="20"/>
        </w:rPr>
        <w:t>_________________________________________</w:t>
      </w:r>
    </w:p>
    <w:p>
      <w:r>
        <w:rPr>
          <w:b w:val="0"/>
          <w:sz w:val="20"/>
        </w:rPr>
        <w:t>_________________________________________</w:t>
      </w:r>
    </w:p>
    <w:p/>
    <w:p>
      <w:r>
        <w:rPr>
          <w:b/>
          <w:sz w:val="20"/>
        </w:rPr>
        <w:t>Von:</w:t>
      </w:r>
    </w:p>
    <w:p>
      <w:r>
        <w:rPr>
          <w:b w:val="0"/>
          <w:sz w:val="20"/>
        </w:rPr>
        <w:t>Vor- und Nachname : ___________________________________________</w:t>
      </w:r>
    </w:p>
    <w:p>
      <w:r>
        <w:rPr>
          <w:b w:val="0"/>
          <w:sz w:val="20"/>
        </w:rPr>
        <w:t>Straße, Hausnummer : ___________________________________________</w:t>
      </w:r>
    </w:p>
    <w:p>
      <w:r>
        <w:rPr>
          <w:b w:val="0"/>
          <w:sz w:val="20"/>
        </w:rPr>
        <w:t>PLZ, Ort : ___________________________________________</w:t>
      </w:r>
    </w:p>
    <w:p>
      <w:r>
        <w:rPr>
          <w:b w:val="0"/>
          <w:sz w:val="20"/>
        </w:rPr>
        <w:t>Kundennummer : ___________________________________________</w:t>
      </w:r>
    </w:p>
    <w:p>
      <w:r>
        <w:rPr>
          <w:b w:val="0"/>
          <w:sz w:val="20"/>
        </w:rPr>
        <w:t>Vertragsnummer : ___________________________________________</w:t>
      </w:r>
    </w:p>
    <w:p/>
    <w:p>
      <w:r>
        <w:rPr>
          <w:b/>
          <w:sz w:val="20"/>
        </w:rPr>
        <w:t>Betreff: Sonderkündigung meines Internetvertrags wegen andauernder Störung</w:t>
      </w:r>
    </w:p>
    <w:p/>
    <w:p>
      <w:r>
        <w:rPr>
          <w:b w:val="0"/>
          <w:sz w:val="20"/>
        </w:rPr>
        <w:t>Sehr geehrte Damen und Herren,</w:t>
      </w:r>
    </w:p>
    <w:p/>
    <w:p>
      <w:r>
        <w:rPr>
          <w:b w:val="0"/>
          <w:sz w:val="20"/>
        </w:rPr>
        <w:t>hiermit kündige ich meinen bestehenden Internetvertrag außerordentlich und fristlos aufgrund einer andauernden und nicht behobenen Störung der Internetverbindung. Trotz mehrfacher Meldung der Störung wurde der Internetzugang in meiner Wohnung nicht dauerhaft oder nur unzuverlässig wiederhergestellt. Dies stellt eine erhebliche Beeinträchtigung der vertraglich geschuldeten Leistung dar.</w:t>
      </w:r>
    </w:p>
    <w:p/>
    <w:p>
      <w:r>
        <w:rPr>
          <w:b w:val="0"/>
          <w:sz w:val="20"/>
        </w:rPr>
        <w:t>Bitte bestätigen Sie mir den Eingang dieser Sonderkündigung sowie das Datum der Vertragsbeendigung schriftlich. Gleichzeitig fordere ich Sie auf, keine weiteren Rechnungen für den Vertrag nach dem Beendigungsdatum zu stellen.</w:t>
      </w:r>
    </w:p>
    <w:p/>
    <w:p>
      <w:r>
        <w:rPr>
          <w:b w:val="0"/>
          <w:sz w:val="20"/>
        </w:rPr>
        <w:t>Mit freundlichen Grüßen,</w:t>
      </w:r>
    </w:p>
    <w:p/>
    <w:p/>
    <w:p/>
    <w:tbl>
      <w:tblPr>
        <w:tblW w:type="auto" w:w="0"/>
        <w:tblLayout w:type="autofit"/>
        <w:tblLook w:firstColumn="1" w:firstRow="1" w:lastColumn="0" w:lastRow="0" w:noHBand="0" w:noVBand="1" w:val="04A0"/>
      </w:tblPr>
      <w:tblGrid>
        <w:gridCol w:w="9972"/>
      </w:tblGrid>
      <w:tr>
        <w:tc>
          <w:tcPr>
            <w:tcW w:type="dxa" w:w="9972"/>
            <w:tcBorders>
              <w:top w:val="nil"/>
              <w:left w:val="nil"/>
              <w:bottom w:val="nil"/>
              <w:right w:val="nil"/>
              <w:insideH w:val="nil"/>
              <w:insideV w:val="nil"/>
            </w:tcBorders>
          </w:tcPr>
          <w:p>
            <w:pPr>
              <w:jc w:val="center"/>
            </w:pPr>
            <w:r>
              <w:t>Unterschrift: _________________________</w:t>
            </w:r>
          </w:p>
        </w:tc>
      </w:tr>
      <w:tr>
        <w:tc>
          <w:tcPr>
            <w:tcW w:type="dxa" w:w="9972"/>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Originalquelle dieses Dokuments:</w:t>
      </w:r>
    </w:p>
    <w:p>
      <w:pPr>
        <w:jc w:val="center"/>
      </w:pPr>
      <w:hyperlink r:id="rId9">
        <w:r>
          <w:rPr>
            <w:color w:val="0000FF"/>
            <w:u w:val="single"/>
          </w:rPr>
          <w:t>https://dokumentfertig.com/sonderkundigung-internet-storung-muster/</w:t>
        </w:r>
      </w:hyperlink>
    </w:p>
    <w:p>
      <w:pPr>
        <w:jc w:val="center"/>
      </w:pPr>
      <w:r>
        <w:rPr>
          <w:color w:val="555555"/>
          <w:sz w:val="26"/>
        </w:rPr>
        <w:t>War diese Vorlage für Sie hilfreich?</w:t>
      </w:r>
    </w:p>
    <w:p>
      <w:pPr>
        <w:jc w:val="center"/>
      </w:pPr>
      <w:r>
        <w:rPr>
          <w:color w:val="555555"/>
          <w:sz w:val="26"/>
        </w:rPr>
        <w:t>Weitere aktuelle Vorlagen finden Sie unter:</w:t>
      </w:r>
    </w:p>
    <w:p>
      <w:pPr>
        <w:jc w:val="center"/>
      </w:pPr>
      <w:hyperlink r:id="rId10">
        <w:r>
          <w:rPr>
            <w:color w:val="0000FF"/>
            <w:u w:val="single"/>
          </w:rPr>
          <w:t>https://dokumentfertig.com</w:t>
        </w:r>
      </w:hyperlink>
    </w:p>
    <w:p>
      <w:pPr>
        <w:jc w:val="center"/>
      </w:pPr>
      <w:r>
        <w:rPr>
          <w:color w:val="808080"/>
          <w:sz w:val="20"/>
        </w:rPr>
        <w:t>Diese Vorlage ist ausschließlich für den persönlichen, nicht kommerziellen Gebrauch bestimmt.</w:t>
        <w:br/>
        <w:t>Bei Weitergabe oder Veröffentlichung ist die Nennung der Quelle verpflichtend. © dokumentfertig.com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dokumentfertig.com/sonderkundigung-internet-storung-muster/" TargetMode="External"/><Relationship Id="rId10" Type="http://schemas.openxmlformats.org/officeDocument/2006/relationships/hyperlink" Target="https://dokumentfertig.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