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ANFRAGE FÜR EINEN STELLPLATZ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</w:t>
      </w:r>
    </w:p>
    <w:p>
      <w:r>
        <w:rPr>
          <w:b w:val="0"/>
          <w:sz w:val="20"/>
        </w:rPr>
        <w:t>Adresse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</w:t>
      </w:r>
    </w:p>
    <w:p>
      <w:r>
        <w:rPr>
          <w:b w:val="0"/>
          <w:sz w:val="20"/>
        </w:rPr>
        <w:t>E-Mail : _________________________________________________________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Adresse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</w:t>
      </w:r>
    </w:p>
    <w:p>
      <w:r>
        <w:rPr>
          <w:b w:val="0"/>
          <w:sz w:val="20"/>
        </w:rPr>
        <w:t>E-Mail : _________________________________________________________</w:t>
      </w:r>
    </w:p>
    <w:p/>
    <w:p>
      <w:r>
        <w:rPr>
          <w:b/>
          <w:sz w:val="20"/>
        </w:rPr>
        <w:t>Details zum gewünschten Stellplatz :</w:t>
      </w:r>
    </w:p>
    <w:p>
      <w:r>
        <w:rPr>
          <w:b w:val="0"/>
          <w:sz w:val="20"/>
        </w:rPr>
        <w:t>Art des Stellplatzes (z.B. PKW, Motorrad, Wohnmobil) : ________________</w:t>
      </w:r>
    </w:p>
    <w:p>
      <w:r>
        <w:rPr>
          <w:b w:val="0"/>
          <w:sz w:val="20"/>
        </w:rPr>
        <w:t>Bevorzugte Größe / Maße : ___________________________________________</w:t>
      </w:r>
    </w:p>
    <w:p>
      <w:r>
        <w:rPr>
          <w:b w:val="0"/>
          <w:sz w:val="20"/>
        </w:rPr>
        <w:t>Besondere Anforderungen (z.B. überdacht, beleuchtet, gesichert) : __________</w:t>
      </w:r>
    </w:p>
    <w:p>
      <w:r>
        <w:rPr>
          <w:b w:val="0"/>
          <w:sz w:val="20"/>
        </w:rPr>
        <w:t>Gewünschte Mietdauer : ______________________________________________</w:t>
      </w:r>
    </w:p>
    <w:p/>
    <w:p>
      <w:r>
        <w:rPr>
          <w:b/>
          <w:sz w:val="20"/>
        </w:rPr>
        <w:t>Sehr geehrte Damen und Herren,</w:t>
      </w:r>
    </w:p>
    <w:p>
      <w:r>
        <w:rPr>
          <w:b w:val="0"/>
          <w:sz w:val="20"/>
        </w:rPr>
        <w:t>hiermit möchte ich anfragen, ob Sie für den oben beschriebenen Stellplatz eine Vermietung anbieten. Bitte informieren Sie mich über die Verfügbarkeit, die Mietkonditionen sowie die Kündigungsfristen.</w:t>
      </w:r>
    </w:p>
    <w:p/>
    <w:p>
      <w:r>
        <w:rPr>
          <w:b w:val="0"/>
          <w:sz w:val="20"/>
        </w:rPr>
        <w:t>Ich freue mich auf Ihre Rückmeldung und stehe für Rückfragen gerne zur Verfügung.</w:t>
      </w:r>
    </w:p>
    <w:p/>
    <w:p/>
    <w:p>
      <w:r>
        <w:rPr>
          <w:b w:val="0"/>
          <w:sz w:val="20"/>
        </w:rPr>
        <w:t>Ort : ______________________________________________________________</w:t>
      </w:r>
    </w:p>
    <w:p>
      <w:r>
        <w:rPr>
          <w:b w:val="0"/>
          <w:sz w:val="20"/>
        </w:rPr>
        <w:t>Unterschrift 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https://dokumentfertig.com/stellplatz-anfrage-muster/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stellplatz-anfrage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