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TELEFONPROTOKOLL</w:t>
      </w:r>
    </w:p>
    <w:p/>
    <w:p/>
    <w:p>
      <w:r>
        <w:rPr>
          <w:b/>
          <w:sz w:val="20"/>
        </w:rPr>
        <w:t>Gesprächspartner:</w:t>
      </w:r>
    </w:p>
    <w:p>
      <w:r>
        <w:rPr>
          <w:b w:val="0"/>
          <w:sz w:val="20"/>
        </w:rPr>
        <w:t>Name / Firma  : 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>
      <w:r>
        <w:rPr>
          <w:b w:val="0"/>
          <w:sz w:val="20"/>
        </w:rPr>
        <w:t>Position      : ________________________________________________</w:t>
      </w:r>
    </w:p>
    <w:p/>
    <w:p>
      <w:r>
        <w:rPr>
          <w:b/>
          <w:sz w:val="20"/>
        </w:rPr>
        <w:t>Gesprächsinhalt:</w:t>
      </w:r>
    </w:p>
    <w:p>
      <w:r>
        <w:rPr>
          <w:b w:val="0"/>
          <w:sz w:val="20"/>
        </w:rPr>
        <w:t>Themen / Anliegen : 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Vereinbarungen / Ergebnisse: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To-Do / Folgeschritte: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p>
      <w:r>
        <w:rPr>
          <w:b w:val="0"/>
          <w:sz w:val="20"/>
        </w:rPr>
        <w:t>Ort : 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Protokollführer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Gesprächspartner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  <w:br/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  <w:br/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https://dokumentfertig.com/telefonprotokoll/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telefonprotokoll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