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ZUR BEENDIGUNG DER THERAPIE</w:t>
      </w:r>
    </w:p>
    <w:p/>
    <w:p>
      <w:r>
        <w:rPr>
          <w:b w:val="0"/>
          <w:sz w:val="20"/>
        </w:rPr>
        <w:t>Hiermit bestätige ich,</w:t>
      </w:r>
    </w:p>
    <w:p>
      <w:r>
        <w:rPr>
          <w:b/>
          <w:sz w:val="20"/>
        </w:rPr>
        <w:t>Name des Klienten : ___________________________________________________</w:t>
      </w:r>
    </w:p>
    <w:p>
      <w:r>
        <w:rPr>
          <w:b w:val="0"/>
          <w:sz w:val="20"/>
        </w:rPr>
        <w:t>Wohnort : 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/>
    <w:p>
      <w:r>
        <w:rPr>
          <w:b w:val="0"/>
          <w:sz w:val="20"/>
        </w:rPr>
        <w:t>dass ich die therapeutische Behandlung bei</w:t>
      </w:r>
    </w:p>
    <w:p>
      <w:r>
        <w:rPr>
          <w:b/>
          <w:sz w:val="20"/>
        </w:rPr>
        <w:t>Name des Therapeuten : _________________________________________________</w:t>
      </w:r>
    </w:p>
    <w:p>
      <w:r>
        <w:rPr>
          <w:b w:val="0"/>
          <w:sz w:val="20"/>
        </w:rPr>
        <w:t>Praxisanschrift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mit Wirkung zum folgenden Zeitpunkt beende:</w:t>
      </w:r>
    </w:p>
    <w:p>
      <w:r>
        <w:rPr>
          <w:b w:val="0"/>
          <w:sz w:val="20"/>
        </w:rPr>
        <w:t>Datum der Beendigung : _______________________________</w:t>
      </w:r>
    </w:p>
    <w:p/>
    <w:p>
      <w:r>
        <w:rPr>
          <w:b/>
          <w:sz w:val="20"/>
        </w:rPr>
        <w:t>Grund für die Beendigung der Therapie (bitte ankreuzen):</w:t>
      </w:r>
    </w:p>
    <w:p>
      <w:r>
        <w:rPr>
          <w:b w:val="0"/>
          <w:sz w:val="20"/>
        </w:rPr>
        <w:t>[ ] Therapieziele sind erreicht und abgeschlossen.</w:t>
      </w:r>
    </w:p>
    <w:p>
      <w:r>
        <w:rPr>
          <w:b w:val="0"/>
          <w:sz w:val="20"/>
        </w:rPr>
        <w:t>[ ] Aus persönlichen Gründen beende ich die Therapie.</w:t>
      </w:r>
    </w:p>
    <w:p>
      <w:r>
        <w:rPr>
          <w:b w:val="0"/>
          <w:sz w:val="20"/>
        </w:rPr>
        <w:t>[ ] Ich wünsche keine weitere Behandlung.</w:t>
      </w:r>
    </w:p>
    <w:p>
      <w:r>
        <w:rPr>
          <w:b w:val="0"/>
          <w:sz w:val="20"/>
        </w:rPr>
        <w:t>[ ] Andere Gründe : ____________________________________________________</w:t>
      </w:r>
    </w:p>
    <w:p/>
    <w:p>
      <w:r>
        <w:rPr>
          <w:b w:val="0"/>
          <w:sz w:val="20"/>
        </w:rPr>
        <w:t>Ich wurde darüber informiert, dass bei Bedarf eine Nachsorge oder erneute Therapieaufnahme möglich ist.</w:t>
      </w:r>
    </w:p>
    <w:p/>
    <w:p>
      <w:r>
        <w:rPr>
          <w:b/>
          <w:sz w:val="20"/>
        </w:rPr>
        <w:t>Alle im Rahmen der Therapie erhobenen Daten werden weiterhin vertraulich behandelt und gemäß den geltenden Datenschutzbestimmungen gespeichert.</w:t>
      </w:r>
    </w:p>
    <w:p/>
    <w:p>
      <w:r>
        <w:rPr>
          <w:b w:val="0"/>
          <w:sz w:val="20"/>
        </w:rPr>
        <w:t>Mit meiner Unterschrift bestätige ich die eigenständige und wohlüberlegte Entscheidung zur Beendigung der Therapie.</w:t>
      </w:r>
    </w:p>
    <w:p/>
    <w:p/>
    <w:p>
      <w:r>
        <w:rPr>
          <w:b w:val="0"/>
          <w:sz w:val="20"/>
        </w:rPr>
        <w:t>Ort : ____________________________________________________</w:t>
      </w:r>
    </w:p>
    <w:p>
      <w:r>
        <w:rPr>
          <w:b w:val="0"/>
          <w:sz w:val="20"/>
        </w:rPr>
        <w:t>Datum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Therapeut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https://dokumentfertig.com/therapie-beenden-vorlage/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therapie-beend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