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ANTRAG AUF TOURISTENKARTE FÜR MEXIKO</w:t>
      </w:r>
    </w:p>
    <w:p/>
    <w:p>
      <w:r>
        <w:rPr>
          <w:b/>
          <w:sz w:val="20"/>
        </w:rPr>
        <w:t>Persönliche Angaben des Reisenden:</w:t>
      </w:r>
    </w:p>
    <w:p>
      <w:r>
        <w:rPr>
          <w:b w:val="0"/>
          <w:sz w:val="20"/>
        </w:rPr>
        <w:t>Vor- und Nachname : _________________________________________________</w:t>
      </w:r>
    </w:p>
    <w:p>
      <w:r>
        <w:rPr>
          <w:b w:val="0"/>
          <w:sz w:val="20"/>
        </w:rPr>
        <w:t>Geburtsort : _________________________________________________________</w:t>
      </w:r>
    </w:p>
    <w:p>
      <w:r>
        <w:rPr>
          <w:b w:val="0"/>
          <w:sz w:val="20"/>
        </w:rPr>
        <w:t>Staatsangehörigkeit : _________________________________________________</w:t>
      </w:r>
    </w:p>
    <w:p>
      <w:r>
        <w:rPr>
          <w:b w:val="0"/>
          <w:sz w:val="20"/>
        </w:rPr>
        <w:t>Passnummer oder Ausweisnummer : ______________________________________</w:t>
      </w:r>
    </w:p>
    <w:p>
      <w:r>
        <w:rPr>
          <w:b w:val="0"/>
          <w:sz w:val="20"/>
        </w:rPr>
        <w:t>Anschrift in Deutschland : 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Reisedaten:</w:t>
      </w:r>
    </w:p>
    <w:p>
      <w:r>
        <w:rPr>
          <w:b w:val="0"/>
          <w:sz w:val="20"/>
        </w:rPr>
        <w:t>Zweck der Reise : ________________________________________________</w:t>
      </w:r>
    </w:p>
    <w:p>
      <w:r>
        <w:rPr>
          <w:b w:val="0"/>
          <w:sz w:val="20"/>
        </w:rPr>
        <w:t>Aufenthaltsdauer (max. 180 Tage) : _________________________________</w:t>
      </w:r>
    </w:p>
    <w:p>
      <w:r>
        <w:rPr>
          <w:b w:val="0"/>
          <w:sz w:val="20"/>
        </w:rPr>
        <w:t>Angegebene Unterkunft in Mexiko : ____________________________________</w:t>
      </w:r>
    </w:p>
    <w:p>
      <w:r>
        <w:rPr>
          <w:b w:val="0"/>
          <w:sz w:val="20"/>
        </w:rPr>
        <w:t>Fluggesellschaft und Flugnummer : ____________________________________</w:t>
      </w:r>
    </w:p>
    <w:p/>
    <w:p>
      <w:r>
        <w:rPr>
          <w:b/>
          <w:sz w:val="20"/>
        </w:rPr>
        <w:t>Versicherung und Verpflichtungen:</w:t>
      </w:r>
    </w:p>
    <w:p>
      <w:r>
        <w:rPr>
          <w:b w:val="0"/>
          <w:sz w:val="20"/>
        </w:rPr>
        <w:t>Ich versichere, dass ich keine strafrechtlichen Verurteilungen habe und alle Angaben wahrheitsgemäß sind.</w:t>
      </w:r>
    </w:p>
    <w:p>
      <w:r>
        <w:rPr>
          <w:b w:val="0"/>
          <w:sz w:val="20"/>
        </w:rPr>
        <w:t>Ich verpflichte mich, die mexikanischen Einreise- und Aufenthaltsbestimmungen einzuhalten.</w:t>
      </w:r>
    </w:p>
    <w:p>
      <w:r>
        <w:rPr>
          <w:b w:val="0"/>
          <w:sz w:val="20"/>
        </w:rPr>
        <w:t>Ich bin mir bewusst, dass diese Karte nur für touristische Zwecke gilt und keine Erwerbstätigkeit erlaubt.</w:t>
      </w:r>
    </w:p>
    <w:p/>
    <w:p>
      <w:r>
        <w:rPr>
          <w:b/>
          <w:sz w:val="20"/>
        </w:rPr>
        <w:t>Haftungsausschluss:</w:t>
      </w:r>
    </w:p>
    <w:p>
      <w:r>
        <w:rPr>
          <w:b w:val="0"/>
          <w:sz w:val="20"/>
        </w:rPr>
        <w:t>Die Ausstellung der Touristenkarte begründet keine Haftung seitens der mexikanischen Behörden im Falle von Problemen während des Aufenthaltes.</w:t>
      </w:r>
    </w:p>
    <w:p/>
    <w:p/>
    <w:p>
      <w:r>
        <w:rPr>
          <w:b w:val="0"/>
          <w:sz w:val="20"/>
        </w:rPr>
        <w:t>Ort : ________________________________________________________________</w:t>
      </w:r>
    </w:p>
    <w:p>
      <w:r>
        <w:rPr>
          <w:b w:val="0"/>
          <w:sz w:val="20"/>
        </w:rPr>
        <w:t>Unterschrift des Reisenden : 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Antragsteller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Bearbeiter (Behörde)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https://dokumentfertig.com/touristenkarte-mexiko-vordruck-auf-deutsch/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touristenkarte-mexiko-vordruck-auf-deutsch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