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ÜBEREINSTIMMUNGSERKLÄRUNG DES FACHUNTERNEHMERS</w:t>
      </w:r>
    </w:p>
    <w:p/>
    <w:p/>
    <w:p>
      <w:r>
        <w:rPr>
          <w:b w:val="0"/>
          <w:sz w:val="20"/>
        </w:rPr>
        <w:t>Hiermit erklärt der Fachunternehmer gemäß § 4 Abs. 3 der Niedersächsischen Bauordnung (NBauO) die Übereinstimmung der von ihm ausgeführten Leistungen mit den anerkannten Regeln der Technik und den vertraglichen Vereinbarungen.</w:t>
      </w:r>
    </w:p>
    <w:p/>
    <w:p/>
    <w:p>
      <w:r>
        <w:rPr>
          <w:b/>
          <w:sz w:val="20"/>
        </w:rPr>
        <w:t>Angaben des Fachunternehmers:</w:t>
      </w:r>
    </w:p>
    <w:p>
      <w:r>
        <w:rPr>
          <w:b w:val="0"/>
          <w:sz w:val="20"/>
        </w:rPr>
        <w:t>Firmenname : _________________________________________________________</w:t>
      </w:r>
    </w:p>
    <w:p>
      <w:r>
        <w:rPr>
          <w:b w:val="0"/>
          <w:sz w:val="20"/>
        </w:rPr>
        <w:t>Anschrift : __________________________________________________________</w:t>
      </w:r>
    </w:p>
    <w:p>
      <w:r>
        <w:rPr>
          <w:b w:val="0"/>
          <w:sz w:val="20"/>
        </w:rPr>
        <w:t>Telefonnummer : _____________________________________________________</w:t>
      </w:r>
    </w:p>
    <w:p>
      <w:r>
        <w:rPr>
          <w:b w:val="0"/>
          <w:sz w:val="20"/>
        </w:rPr>
        <w:t>Vertreten durch : ____________________________________________________</w:t>
      </w:r>
    </w:p>
    <w:p/>
    <w:p>
      <w:r>
        <w:rPr>
          <w:b/>
          <w:sz w:val="20"/>
        </w:rPr>
        <w:t>Angaben zum Bauvorhaben:</w:t>
      </w:r>
    </w:p>
    <w:p>
      <w:r>
        <w:rPr>
          <w:b w:val="0"/>
          <w:sz w:val="20"/>
        </w:rPr>
        <w:t>Bauvorhaben / Projektname : __________________________________________</w:t>
      </w:r>
    </w:p>
    <w:p>
      <w:r>
        <w:rPr>
          <w:b w:val="0"/>
          <w:sz w:val="20"/>
        </w:rPr>
        <w:t>Bauort : _____________________________________________________________</w:t>
      </w:r>
    </w:p>
    <w:p>
      <w:r>
        <w:rPr>
          <w:b w:val="0"/>
          <w:sz w:val="20"/>
        </w:rPr>
        <w:t>Leistungsumfang : ____________________________________________________</w:t>
      </w:r>
    </w:p>
    <w:p/>
    <w:p>
      <w:r>
        <w:rPr>
          <w:b w:val="0"/>
          <w:sz w:val="20"/>
        </w:rPr>
        <w:t>Der Fachunternehmer bestätigt, dass die ausgeführten Leistungen den anerkannten Regeln der Technik sowie den vertraglich vereinbarten Anforderungen entsprechen. Alle verwendeten Materialien und Produkte erfüllen die geforderten Normen und sind ordnungsgemäß verarbeitet worden.</w:t>
      </w:r>
    </w:p>
    <w:p/>
    <w:p>
      <w:r>
        <w:rPr>
          <w:b w:val="0"/>
          <w:sz w:val="20"/>
        </w:rPr>
        <w:t>Diese Erklärung wird im Rahmen der Abnahme und für die Bauherrenschaft abgegeben. Etwaige Änderungen oder Abweichungen wurden schriftlich dokumentiert und genehmigt.</w:t>
      </w:r>
    </w:p>
    <w:p/>
    <w:p/>
    <w:p>
      <w:r>
        <w:rPr>
          <w:b/>
          <w:sz w:val="20"/>
        </w:rPr>
        <w:t>§ 1 – Geltungsbereich</w:t>
      </w:r>
    </w:p>
    <w:p>
      <w:r>
        <w:rPr>
          <w:b w:val="0"/>
          <w:sz w:val="20"/>
        </w:rPr>
        <w:t>Diese Übereinstimmungserklärung bezieht sich ausschließlich auf die vom Fachunternehmer erbrachten Leistungen im oben genannten Bauvorhaben.</w:t>
      </w:r>
    </w:p>
    <w:p/>
    <w:p>
      <w:r>
        <w:rPr>
          <w:b/>
          <w:sz w:val="20"/>
        </w:rPr>
        <w:t>§ 2 – Verantwortung</w:t>
      </w:r>
    </w:p>
    <w:p>
      <w:r>
        <w:rPr>
          <w:b w:val="0"/>
          <w:sz w:val="20"/>
        </w:rPr>
        <w:t>Der Fachunternehmer übernimmt die Verantwortung für die fachgerechte Ausführung und Einhaltung der einschlägigen technischen Regelwerke.</w:t>
      </w:r>
    </w:p>
    <w:p/>
    <w:p>
      <w:r>
        <w:rPr>
          <w:b/>
          <w:sz w:val="20"/>
        </w:rPr>
        <w:t>§ 3 – Dokumentation</w:t>
      </w:r>
    </w:p>
    <w:p>
      <w:r>
        <w:rPr>
          <w:b w:val="0"/>
          <w:sz w:val="20"/>
        </w:rPr>
        <w:t>Alle relevanten Unterlagen, Prüfberichte sowie Nachweise über verwendete Materialien werden ordnungsgemäß archiviert und auf Anfrage zur Verfügung gestellt.</w:t>
      </w:r>
    </w:p>
    <w:p/>
    <w:p>
      <w:r>
        <w:rPr>
          <w:b/>
          <w:sz w:val="20"/>
        </w:rPr>
        <w:t>§ 4 – Haftung</w:t>
      </w:r>
    </w:p>
    <w:p>
      <w:r>
        <w:rPr>
          <w:b w:val="0"/>
          <w:sz w:val="20"/>
        </w:rPr>
        <w:t>Die Haftung richtet sich nach den vertraglichen Vereinbarungen und den gesetzlichen Bestimmungen.</w:t>
      </w:r>
    </w:p>
    <w:p/>
    <w:p/>
    <w:p>
      <w:r>
        <w:rPr>
          <w:b w:val="0"/>
          <w:sz w:val="20"/>
        </w:rPr>
        <w:t>Ort : ________________________________________________________________</w:t>
      </w:r>
    </w:p>
    <w:p>
      <w:r>
        <w:rPr>
          <w:b w:val="0"/>
          <w:sz w:val="20"/>
        </w:rPr>
        <w:t>Datum :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Fachunternehmer</w:t>
            </w:r>
          </w:p>
        </w:tc>
        <w:tc>
          <w:tcPr>
            <w:tcW w:type="dxa" w:w="4986"/>
            <w:tcBorders>
              <w:top w:val="nil"/>
              <w:left w:val="nil"/>
              <w:bottom w:val="nil"/>
              <w:right w:val="nil"/>
              <w:insideH w:val="nil"/>
              <w:insideV w:val="nil"/>
            </w:tcBorders>
          </w:tcPr>
          <w:p>
            <w:pPr>
              <w:jc w:val="center"/>
            </w:pPr>
            <w:r>
              <w:t>Bauherr / Auftraggeber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https://dokumentfertig.com/ubereinstimmungserklarung-des-fachunternehmers-vorlage/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ubereinstimmungserklarung-des-fachunternehmers-vorlage/"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