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UNFALLHERGANGSBESCHREIBUNG FÜR VERSICHERUNG</w:t>
      </w:r>
    </w:p>
    <w:p/>
    <w:p>
      <w:r>
        <w:rPr>
          <w:b/>
          <w:sz w:val="20"/>
        </w:rPr>
        <w:t>Angaben zum Versicherungsnehmer: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Versicherungsnummer : 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Unfallort und Unfallzeitpunkt:</w:t>
      </w:r>
    </w:p>
    <w:p>
      <w:r>
        <w:rPr>
          <w:b w:val="0"/>
          <w:sz w:val="20"/>
        </w:rPr>
        <w:t>Unfallort : __________________________________________________________</w:t>
      </w:r>
    </w:p>
    <w:p>
      <w:r>
        <w:rPr>
          <w:b w:val="0"/>
          <w:sz w:val="20"/>
        </w:rPr>
        <w:t>Unfallzeitpunkt : ____________________________________________________</w:t>
      </w:r>
    </w:p>
    <w:p/>
    <w:p>
      <w:r>
        <w:rPr>
          <w:b/>
          <w:sz w:val="20"/>
        </w:rPr>
        <w:t>Beteiligte Personen:</w:t>
      </w:r>
    </w:p>
    <w:p>
      <w:r>
        <w:rPr>
          <w:b w:val="0"/>
          <w:sz w:val="20"/>
        </w:rPr>
        <w:t>Name und Vorname : 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Versicherungsnummer (falls bekannt) : _______________________________</w:t>
      </w:r>
    </w:p>
    <w:p/>
    <w:p>
      <w:r>
        <w:rPr>
          <w:b/>
          <w:sz w:val="20"/>
        </w:rPr>
        <w:t>Beschreibung des Unfallhergangs:</w:t>
      </w:r>
    </w:p>
    <w:p>
      <w:r>
        <w:rPr>
          <w:b w:val="0"/>
          <w:sz w:val="20"/>
        </w:rPr>
        <w:t>Bitte schildern Sie den Unfallhergang ausführlich und wahrheitsgemäß: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Angaben zu Schäden:</w:t>
      </w:r>
    </w:p>
    <w:p>
      <w:r>
        <w:rPr>
          <w:b w:val="0"/>
          <w:sz w:val="20"/>
        </w:rPr>
        <w:t>Beschreibung der Schäden am Fahrzeug : _______________________________</w:t>
      </w:r>
    </w:p>
    <w:p>
      <w:r>
        <w:rPr>
          <w:b w:val="0"/>
          <w:sz w:val="20"/>
        </w:rPr>
        <w:t>Beschreibung etwaiger Personenschäden : _____________________________</w:t>
      </w:r>
    </w:p>
    <w:p/>
    <w:p>
      <w:r>
        <w:rPr>
          <w:b/>
          <w:sz w:val="20"/>
        </w:rPr>
        <w:t>Zeugen (falls vorhanden):</w:t>
      </w:r>
    </w:p>
    <w:p>
      <w:r>
        <w:rPr>
          <w:b w:val="0"/>
          <w:sz w:val="20"/>
        </w:rPr>
        <w:t>Name und Vorname : 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/>
    <w:p>
      <w:r>
        <w:rPr>
          <w:b/>
          <w:sz w:val="20"/>
        </w:rPr>
        <w:t>Polizeiliche Maßnahmen und Behördenkontakte:</w:t>
      </w:r>
    </w:p>
    <w:p>
      <w:r>
        <w:rPr>
          <w:b w:val="0"/>
          <w:sz w:val="20"/>
        </w:rPr>
        <w:t>Polizeidienststelle : _________________________________________________</w:t>
      </w:r>
    </w:p>
    <w:p>
      <w:r>
        <w:rPr>
          <w:b w:val="0"/>
          <w:sz w:val="20"/>
        </w:rPr>
        <w:t>Aktenzeichen (falls bekannt) : _______________________________________</w:t>
      </w:r>
    </w:p>
    <w:p>
      <w:r>
        <w:rPr>
          <w:b w:val="0"/>
          <w:sz w:val="20"/>
        </w:rPr>
        <w:t>Weitere Maßnahmen : _________________________________________________</w:t>
      </w:r>
    </w:p>
    <w:p/>
    <w:p>
      <w:r>
        <w:rPr>
          <w:b/>
          <w:sz w:val="20"/>
        </w:rPr>
        <w:t>Bestätigung:</w:t>
      </w:r>
    </w:p>
    <w:p>
      <w:r>
        <w:rPr>
          <w:b w:val="0"/>
          <w:sz w:val="20"/>
        </w:rPr>
        <w:t>Ich versichere, dass die oben gemachten Angaben vollständig und wahrheitsgemäß sind. Mir ist bekannt, dass falsche Angaben strafrechtliche Folgen haben können.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Versicherungsnehmer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Versicherungsgesellschaft / Bearbeiter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https://dokumentfertig.com/unfallhergang-beschreiben-fur-versicherung-muster/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unfallhergang-beschreiben-fur-versicherung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