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UNTERMIETVERTRAG GEWERBE</w:t>
      </w:r>
    </w:p>
    <w:p/>
    <w:p>
      <w:r>
        <w:rPr>
          <w:b/>
          <w:sz w:val="20"/>
        </w:rPr>
        <w:t>Zwischen dem Hauptmieter (nachfolgend "Vermieter") und dem Untermieter (nachfolgend "Mieter") wird folgender Untermietvertrag geschlossen:</w:t>
      </w:r>
    </w:p>
    <w:p/>
    <w:p>
      <w:r>
        <w:rPr>
          <w:b/>
          <w:sz w:val="20"/>
        </w:rPr>
        <w:t>Angaben des Hauptmieters (Vermieter):</w:t>
      </w:r>
    </w:p>
    <w:p>
      <w:r>
        <w:rPr>
          <w:b w:val="0"/>
          <w:sz w:val="20"/>
        </w:rPr>
        <w:t>Name/Firma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Untermieters (Mieter):</w:t>
      </w:r>
    </w:p>
    <w:p>
      <w:r>
        <w:rPr>
          <w:b w:val="0"/>
          <w:sz w:val="20"/>
        </w:rPr>
        <w:t>Name/Firma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Mietobjekt:</w:t>
      </w:r>
    </w:p>
    <w:p>
      <w:r>
        <w:rPr>
          <w:b w:val="0"/>
          <w:sz w:val="20"/>
        </w:rPr>
        <w:t>Adresse und Bezeichnung der Gewerberäume : ________________________________</w:t>
      </w:r>
    </w:p>
    <w:p>
      <w:r>
        <w:rPr>
          <w:b w:val="0"/>
          <w:sz w:val="20"/>
        </w:rPr>
        <w:t>Fläche : ____________________ m²</w:t>
      </w:r>
    </w:p>
    <w:p>
      <w:r>
        <w:rPr>
          <w:b w:val="0"/>
          <w:sz w:val="20"/>
        </w:rPr>
        <w:t>Raumnummer/Stockwerk : __________________________________________</w:t>
      </w:r>
    </w:p>
    <w:p/>
    <w:p>
      <w:r>
        <w:rPr>
          <w:b/>
          <w:sz w:val="20"/>
        </w:rPr>
        <w:t>Mietzeit und Kündigung:</w:t>
      </w:r>
    </w:p>
    <w:p>
      <w:r>
        <w:rPr>
          <w:b w:val="0"/>
          <w:sz w:val="20"/>
        </w:rPr>
        <w:t>Die Untermiete beginnt mit Unterzeichnung dieses Vertrages und läuft unbefristet / befristet bis _______________________.</w:t>
      </w:r>
    </w:p>
    <w:p>
      <w:r>
        <w:rPr>
          <w:b w:val="0"/>
          <w:sz w:val="20"/>
        </w:rPr>
        <w:t>Der Vertrag kann von beiden Parteien mit einer Frist von _________ Monaten zum Monatsende gekündigt werden.</w:t>
      </w:r>
    </w:p>
    <w:p/>
    <w:p>
      <w:r>
        <w:rPr>
          <w:b/>
          <w:sz w:val="20"/>
        </w:rPr>
        <w:t>Mietzins und Nebenkosten:</w:t>
      </w:r>
    </w:p>
    <w:p>
      <w:r>
        <w:rPr>
          <w:b w:val="0"/>
          <w:sz w:val="20"/>
        </w:rPr>
        <w:t>Monatlicher Mietzins (netto) : ___________________ EUR</w:t>
      </w:r>
    </w:p>
    <w:p>
      <w:r>
        <w:rPr>
          <w:b w:val="0"/>
          <w:sz w:val="20"/>
        </w:rPr>
        <w:t>Nebenkosten : ______________________________________________________</w:t>
      </w:r>
    </w:p>
    <w:p>
      <w:r>
        <w:rPr>
          <w:b w:val="0"/>
          <w:sz w:val="20"/>
        </w:rPr>
        <w:t>Zahlungsweise : ____________________________________________________</w:t>
      </w:r>
    </w:p>
    <w:p/>
    <w:p>
      <w:r>
        <w:rPr>
          <w:b/>
          <w:sz w:val="20"/>
        </w:rPr>
        <w:t>Nutzung der Mieträume:</w:t>
      </w:r>
    </w:p>
    <w:p>
      <w:r>
        <w:rPr>
          <w:b w:val="0"/>
          <w:sz w:val="20"/>
        </w:rPr>
        <w:t>Die Mieter verpflichtet sich, die Räume ausschließlich für folgende Zwecke zu nutzen: ____________________________________________________________</w:t>
      </w:r>
    </w:p>
    <w:p>
      <w:r>
        <w:rPr>
          <w:b w:val="0"/>
          <w:sz w:val="20"/>
        </w:rPr>
        <w:t>Eine Untervermietung an Dritte ist ohne schriftliche Zustimmung des Vermieters nicht gestattet.</w:t>
      </w:r>
    </w:p>
    <w:p/>
    <w:p>
      <w:r>
        <w:rPr>
          <w:b/>
          <w:sz w:val="20"/>
        </w:rPr>
        <w:t>Instandhaltung und Schäden:</w:t>
      </w:r>
    </w:p>
    <w:p>
      <w:r>
        <w:rPr>
          <w:b w:val="0"/>
          <w:sz w:val="20"/>
        </w:rPr>
        <w:t>Der Mieter verpflichtet sich, die Mieträume pfleglich zu behandeln und auftretende Schäden unverzüglich dem Vermieter zu melden.</w:t>
      </w:r>
    </w:p>
    <w:p>
      <w:r>
        <w:rPr>
          <w:b w:val="0"/>
          <w:sz w:val="20"/>
        </w:rPr>
        <w:t>Schäden, die durch den Mieter oder dessen Erfüllungsgehilfen verursacht wurden, sind vom Mieter zu tragen.</w:t>
      </w:r>
    </w:p>
    <w:p/>
    <w:p>
      <w:r>
        <w:rPr>
          <w:b/>
          <w:sz w:val="20"/>
        </w:rPr>
        <w:t>Haftung:</w:t>
      </w:r>
    </w:p>
    <w:p>
      <w:r>
        <w:rPr>
          <w:b w:val="0"/>
          <w:sz w:val="20"/>
        </w:rPr>
        <w:t>Der Vermieter haftet nicht für Schäden an der Einrichtung oder dem Eigentum des Mieters, außer bei Vorsatz oder grober Fahrlässigkeit.</w:t>
      </w:r>
    </w:p>
    <w:p/>
    <w:p>
      <w:r>
        <w:rPr>
          <w:b/>
          <w:sz w:val="20"/>
        </w:rPr>
        <w:t>Beendigung des Untermietverhältnisses und Rückgabe:</w:t>
      </w:r>
    </w:p>
    <w:p>
      <w:r>
        <w:rPr>
          <w:b w:val="0"/>
          <w:sz w:val="20"/>
        </w:rPr>
        <w:t>Bei Beendigung des Untermietverhältnisses sind die Mieträume in ordnungsgemäßem Zustand zurückzugeben.</w:t>
      </w:r>
    </w:p>
    <w:p>
      <w:r>
        <w:rPr>
          <w:b w:val="0"/>
          <w:sz w:val="20"/>
        </w:rPr>
        <w:t>Der Mieter hat alle Schlüssel zurückzugeben und etwaige Schäden zu beheben oder zu ersetzen.</w:t>
      </w:r>
    </w:p>
    <w:p/>
    <w:p>
      <w:r>
        <w:rPr>
          <w:b/>
          <w:sz w:val="20"/>
        </w:rPr>
        <w:t>Sonstige Vereinbarungen: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https://dokumentfertig.com/untermietvertrag-gewerbe-vorlage/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untermietvertrag-gewerbe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