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VERZICHTSERKLÄRUNG ZUR EHRENAMTSPAUSCHALE</w:t>
      </w:r>
    </w:p>
    <w:p/>
    <w:p>
      <w:r>
        <w:rPr>
          <w:b w:val="0"/>
          <w:sz w:val="20"/>
        </w:rPr>
        <w:t>Ort : ____________________________</w:t>
      </w:r>
    </w:p>
    <w:p/>
    <w:p/>
    <w:p>
      <w:r>
        <w:rPr>
          <w:b/>
          <w:sz w:val="20"/>
        </w:rPr>
        <w:t>Hiermit erkläre ich,</w:t>
      </w:r>
    </w:p>
    <w:p/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dass ich auf die Zahlung der Ehrenamtspauschale gemäß § 3 Nr. 26a EStG für meine ehrenamtliche Tätigkeit verzichte.</w:t>
      </w:r>
    </w:p>
    <w:p/>
    <w:p>
      <w:r>
        <w:rPr>
          <w:b w:val="0"/>
          <w:sz w:val="20"/>
        </w:rPr>
        <w:t>Mir ist bekannt, dass ich dadurch keine steuerfreie Pauschale nach § 3 Nr. 26a EStG in Anspruch nehme und keine Ansprüche auf diese Pauschale geltend machen kann.</w:t>
      </w:r>
    </w:p>
    <w:p/>
    <w:p>
      <w:r>
        <w:rPr>
          <w:b w:val="0"/>
          <w:sz w:val="20"/>
        </w:rPr>
        <w:t>Diese Erklärung gilt für das Kalenderjahr, in dem sie abgegeben wird, und kann nur schriftlich widerrufen werden.</w:t>
      </w:r>
    </w:p>
    <w:p/>
    <w:p>
      <w:r>
        <w:rPr>
          <w:b w:val="0"/>
          <w:sz w:val="20"/>
        </w:rPr>
        <w:t>Ich versichere, dass ich über diese Erklärung umfassend informiert wurde und sie freiwillig abgebe.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https://dokumentfertig.com/verzichtserklarung-ehrenamtspauschale-muster/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verzichtserklarung-ehrenamtspauschale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