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FÜR EINE BESCHWERDE AN VODAFONE</w:t>
      </w:r>
    </w:p>
    <w:p/>
    <w:p>
      <w:r>
        <w:rPr>
          <w:b/>
          <w:sz w:val="20"/>
        </w:rPr>
        <w:t>Absender: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>
      <w:r>
        <w:rPr>
          <w:b w:val="0"/>
          <w:sz w:val="20"/>
        </w:rPr>
        <w:t>E-Mail : __________________________________________________________</w:t>
      </w:r>
    </w:p>
    <w:p/>
    <w:p>
      <w:r>
        <w:rPr>
          <w:b/>
          <w:sz w:val="20"/>
        </w:rPr>
        <w:t>Kundennummer / Vertragsnummer bei Vodafone :</w:t>
      </w:r>
    </w:p>
    <w:p>
      <w:r>
        <w:rPr>
          <w:b w:val="0"/>
          <w:sz w:val="20"/>
        </w:rPr>
        <w:t>_________________________________________________________________</w:t>
      </w:r>
    </w:p>
    <w:p/>
    <w:p>
      <w:r>
        <w:rPr>
          <w:b/>
          <w:sz w:val="20"/>
        </w:rPr>
        <w:t>Betreff: Beschwerde über mangelhafte Leistung und Vertragsstörung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möchte ich mich über die wiederholt mangelhafte Leistung meines Vodafone-Vertrags beschweren. Trotz mehrfacher Kontaktaufnahme und Meldung der Störung besteht das Problem weiterhin.</w:t>
      </w:r>
    </w:p>
    <w:p>
      <w:r>
        <w:rPr>
          <w:b w:val="0"/>
          <w:sz w:val="20"/>
        </w:rPr>
        <w:t>Folgende Punkte sind hierbei besonders zu beachten:</w:t>
      </w:r>
    </w:p>
    <w:p>
      <w:r>
        <w:rPr>
          <w:b w:val="0"/>
          <w:sz w:val="20"/>
        </w:rPr>
        <w:t>- Internetverbindung ist häufig unterbrochen oder sehr langsam.</w:t>
      </w:r>
    </w:p>
    <w:p>
      <w:r>
        <w:rPr>
          <w:b w:val="0"/>
          <w:sz w:val="20"/>
        </w:rPr>
        <w:t>- Kundenservice reagiert nicht oder unzureichend auf meine Anfragen.</w:t>
      </w:r>
    </w:p>
    <w:p>
      <w:r>
        <w:rPr>
          <w:b w:val="0"/>
          <w:sz w:val="20"/>
        </w:rPr>
        <w:t>- Technische Probleme wurden trotz mehrerer Termine nicht behoben.</w:t>
      </w:r>
    </w:p>
    <w:p/>
    <w:p>
      <w:r>
        <w:rPr>
          <w:b w:val="0"/>
          <w:sz w:val="20"/>
        </w:rPr>
        <w:t>Ich fordere Sie hiermit auf, die Störungen unverzüglich zu beheben und mir eine schriftliche Bestätigung über die erfolgten Maßnahmen zukommen zu lassen.</w:t>
      </w:r>
    </w:p>
    <w:p>
      <w:r>
        <w:rPr>
          <w:b w:val="0"/>
          <w:sz w:val="20"/>
        </w:rPr>
        <w:t>Sollte die Leistung nicht zeitnah verbessert werden, behalte ich mir vor, weitere rechtliche Schritte einzuleiten.</w:t>
      </w:r>
    </w:p>
    <w:p/>
    <w:p>
      <w:r>
        <w:rPr>
          <w:b w:val="0"/>
          <w:sz w:val="20"/>
        </w:rPr>
        <w:t>Bitte bestätigen Sie mir den Eingang dieser Beschwerde und teilen Sie mir innerhalb von 14 Tagen mit, wie Sie das Problem lösen werden.</w:t>
      </w:r>
    </w:p>
    <w:p/>
    <w:p>
      <w:r>
        <w:rPr>
          <w:b w:val="0"/>
          <w:sz w:val="20"/>
        </w:rPr>
        <w:t>Mit freundlichen Grüßen,</w:t>
      </w:r>
    </w:p>
    <w:p/>
    <w:p/>
    <w:p/>
    <w:p>
      <w:r>
        <w:rPr>
          <w:b w:val="0"/>
          <w:sz w:val="20"/>
        </w:rPr>
        <w:t>_______________________________</w:t>
      </w:r>
    </w:p>
    <w:p>
      <w:r>
        <w:rPr>
          <w:b w:val="0"/>
          <w:sz w:val="20"/>
        </w:rPr>
        <w:t>Unterschrift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Beschwerdeführer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Vodafone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https://dokumentfertig.com/vodafone-beschwerde-muster/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vodafone-beschwerde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