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VOLLMACHT FÜR DEN BAUSPARVERTRAG</w:t>
      </w:r>
    </w:p>
    <w:p/>
    <w:p>
      <w:r>
        <w:rPr>
          <w:b/>
          <w:sz w:val="20"/>
        </w:rPr>
        <w:t>Angaben des Vollmachtgebers :</w:t>
      </w:r>
    </w:p>
    <w:p>
      <w:r>
        <w:rPr>
          <w:b w:val="0"/>
          <w:sz w:val="20"/>
        </w:rPr>
        <w:t>Vor- und Nachname : ___________________________________________________</w:t>
      </w:r>
    </w:p>
    <w:p>
      <w:r>
        <w:rPr>
          <w:b w:val="0"/>
          <w:sz w:val="20"/>
        </w:rPr>
        <w:t>Anschrift : ___________________________________________________________</w:t>
      </w:r>
    </w:p>
    <w:p>
      <w:r>
        <w:rPr>
          <w:b w:val="0"/>
          <w:sz w:val="20"/>
        </w:rPr>
        <w:t>Geburtsdatum : _________________________________________________________</w:t>
      </w:r>
    </w:p>
    <w:p>
      <w:r>
        <w:rPr>
          <w:b w:val="0"/>
          <w:sz w:val="20"/>
        </w:rPr>
        <w:t>Telefonnummer : ________________________________________________________</w:t>
      </w:r>
    </w:p>
    <w:p/>
    <w:p>
      <w:r>
        <w:rPr>
          <w:b/>
          <w:sz w:val="20"/>
        </w:rPr>
        <w:t>Angaben des Bevollmächtigten :</w:t>
      </w:r>
    </w:p>
    <w:p>
      <w:r>
        <w:rPr>
          <w:b w:val="0"/>
          <w:sz w:val="20"/>
        </w:rPr>
        <w:t>Vor- und Nachname : ___________________________________________________</w:t>
      </w:r>
    </w:p>
    <w:p>
      <w:r>
        <w:rPr>
          <w:b w:val="0"/>
          <w:sz w:val="20"/>
        </w:rPr>
        <w:t>Anschrift : ___________________________________________________________</w:t>
      </w:r>
    </w:p>
    <w:p>
      <w:r>
        <w:rPr>
          <w:b w:val="0"/>
          <w:sz w:val="20"/>
        </w:rPr>
        <w:t>Geburtsdatum : _________________________________________________________</w:t>
      </w:r>
    </w:p>
    <w:p>
      <w:r>
        <w:rPr>
          <w:b w:val="0"/>
          <w:sz w:val="20"/>
        </w:rPr>
        <w:t>Telefonnummer : ________________________________________________________</w:t>
      </w:r>
    </w:p>
    <w:p/>
    <w:p>
      <w:r>
        <w:rPr>
          <w:b/>
          <w:sz w:val="20"/>
        </w:rPr>
        <w:t>Vollmachtserklärung :</w:t>
      </w:r>
    </w:p>
    <w:p>
      <w:r>
        <w:rPr>
          <w:b w:val="0"/>
          <w:sz w:val="20"/>
        </w:rPr>
        <w:t>Hiermit bevollmächtigt der Vollmachtgeber den Bevollmächtigten, alle erforderlichen Handlungen und Erklärungen im Zusammenhang mit dem Bausparvertrag bei der LBS abzuschließen, zu ändern, zu kündigen und alle damit verbundenen Rechte und Pflichten wahrzunehmen.</w:t>
      </w:r>
    </w:p>
    <w:p/>
    <w:p>
      <w:r>
        <w:rPr>
          <w:b w:val="0"/>
          <w:sz w:val="20"/>
        </w:rPr>
        <w:t>Insbesondere umfasst die Vollmacht das Recht, Auskünfte über den Vertragsstatus einzuholen, Rückkaufswerte zu beantragen, Vertragsänderungen vorzunehmen sowie Zahlungen zu veranlassen.</w:t>
      </w:r>
    </w:p>
    <w:p/>
    <w:p>
      <w:r>
        <w:rPr>
          <w:b/>
          <w:sz w:val="20"/>
        </w:rPr>
        <w:t>Diese Vollmacht gilt ausschließlich für den Bausparvertrag bei der LBS.</w:t>
      </w:r>
    </w:p>
    <w:p/>
    <w:p>
      <w:r>
        <w:rPr>
          <w:b/>
          <w:sz w:val="20"/>
        </w:rPr>
        <w:t>Die Vollmacht ist gültig bis auf Widerruf.</w:t>
      </w:r>
    </w:p>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https://dokumentfertig.com/vollmacht-bausparvertrag-lbs/</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vollmacht-bausparvertrag-lbs/"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