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VOLLMACHT FÜR GEWERBEABMELDUNG</w:t>
      </w:r>
    </w:p>
    <w:p/>
    <w:p>
      <w:r>
        <w:rPr>
          <w:b w:val="0"/>
          <w:sz w:val="20"/>
        </w:rPr>
        <w:t xml:space="preserve">Ort : ____________________________     </w:t>
      </w:r>
    </w:p>
    <w:p/>
    <w:p>
      <w:r>
        <w:rPr>
          <w:b/>
          <w:sz w:val="20"/>
        </w:rPr>
        <w:t>Angaben des Vollmachtgebers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des Bevollmächtigten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zum Gewerbe :</w:t>
      </w:r>
    </w:p>
    <w:p>
      <w:r>
        <w:rPr>
          <w:b w:val="0"/>
          <w:sz w:val="20"/>
        </w:rPr>
        <w:t>Name des Gewerbes : _________________________________________________</w:t>
      </w:r>
    </w:p>
    <w:p>
      <w:r>
        <w:rPr>
          <w:b w:val="0"/>
          <w:sz w:val="20"/>
        </w:rPr>
        <w:t>Gewerbeart / Branche : ________________________________________________</w:t>
      </w:r>
    </w:p>
    <w:p>
      <w:r>
        <w:rPr>
          <w:b w:val="0"/>
          <w:sz w:val="20"/>
        </w:rPr>
        <w:t>Adresse des Gewerbes : ________________________________________________</w:t>
      </w:r>
    </w:p>
    <w:p>
      <w:r>
        <w:rPr>
          <w:b w:val="0"/>
          <w:sz w:val="20"/>
        </w:rPr>
        <w:t>Gewerbeanschrift : ___________________________________________________</w:t>
      </w:r>
    </w:p>
    <w:p>
      <w:r>
        <w:rPr>
          <w:b w:val="0"/>
          <w:sz w:val="20"/>
        </w:rPr>
        <w:t>Handelsregisternummer (falls vorhanden) : _____________________________</w:t>
      </w:r>
    </w:p>
    <w:p/>
    <w:p>
      <w:r>
        <w:rPr>
          <w:b w:val="0"/>
          <w:sz w:val="20"/>
        </w:rPr>
        <w:t xml:space="preserve">Hiermit erteile ich dem oben genannten Bevollmächtigten Vollmacht, mein Gewerbe bei der zuständigen Behörde abzumelden. </w:t>
      </w:r>
    </w:p>
    <w:p>
      <w:r>
        <w:rPr>
          <w:b/>
          <w:sz w:val="20"/>
        </w:rPr>
        <w:t>Die Vollmacht umfasst insbesondere folgende Handlungen:</w:t>
      </w:r>
    </w:p>
    <w:p>
      <w:r>
        <w:rPr>
          <w:b w:val="0"/>
          <w:sz w:val="20"/>
        </w:rPr>
        <w:t>- Abgabe aller notwendigen Erklärungen zur Gewerbeabmeldung.</w:t>
      </w:r>
    </w:p>
    <w:p>
      <w:r>
        <w:rPr>
          <w:b w:val="0"/>
          <w:sz w:val="20"/>
        </w:rPr>
        <w:t>- Entgegennahme von Bescheiden und Mitteilungen im Zusammenhang mit der Gewerbeabmeldung.</w:t>
      </w:r>
    </w:p>
    <w:p>
      <w:r>
        <w:rPr>
          <w:b w:val="0"/>
          <w:sz w:val="20"/>
        </w:rPr>
        <w:t>- Unterzeichnung aller erforderlichen Unterlagen.</w:t>
      </w:r>
    </w:p>
    <w:p/>
    <w:p>
      <w:r>
        <w:rPr>
          <w:b w:val="0"/>
          <w:sz w:val="20"/>
        </w:rPr>
        <w:t>Diese Vollmacht gilt ausschließlich für die Gewerbeabmeldung und erlischt mit der vollständigen Abwicklung des Vorgangs.</w:t>
      </w:r>
    </w:p>
    <w:p/>
    <w:p>
      <w:r>
        <w:rPr>
          <w:b/>
          <w:sz w:val="20"/>
        </w:rPr>
        <w:t>Hinweis:</w:t>
      </w:r>
    </w:p>
    <w:p>
      <w:r>
        <w:rPr>
          <w:b w:val="0"/>
          <w:sz w:val="20"/>
        </w:rPr>
        <w:t>Die Vollmacht berechtigt den Bevollmächtigten nur zur Ausführung der angegebenen Tätigkeit. Eine weitergehende Vertretungsmacht besteht nicht.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 Vollmachtgeber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https://dokumentfertig.com/vollmacht-fur-gewerbeabmeldung/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vollmacht-fur-gewerbeabmeldung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