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VOLL MACHT FÜR DEN TIERARZT</w:t>
      </w:r>
    </w:p>
    <w:p/>
    <w:p>
      <w:r>
        <w:rPr>
          <w:b/>
          <w:sz w:val="20"/>
        </w:rPr>
        <w:t>Angaben des Vollmachtgebers :</w:t>
      </w:r>
    </w:p>
    <w:p>
      <w:r>
        <w:rPr>
          <w:b w:val="0"/>
          <w:sz w:val="20"/>
        </w:rPr>
        <w:t>Vor- und Nachname : _______________________________________________</w:t>
      </w:r>
    </w:p>
    <w:p>
      <w:r>
        <w:rPr>
          <w:b w:val="0"/>
          <w:sz w:val="20"/>
        </w:rPr>
        <w:t>Anschrift : ________________________________________________________</w:t>
      </w:r>
    </w:p>
    <w:p>
      <w:r>
        <w:rPr>
          <w:b w:val="0"/>
          <w:sz w:val="20"/>
        </w:rPr>
        <w:t>Telefonnummer : ____________________________________________________</w:t>
      </w:r>
    </w:p>
    <w:p/>
    <w:p>
      <w:r>
        <w:rPr>
          <w:b/>
          <w:sz w:val="20"/>
        </w:rPr>
        <w:t>Angaben des Bevollmächtigten :</w:t>
      </w:r>
    </w:p>
    <w:p>
      <w:r>
        <w:rPr>
          <w:b w:val="0"/>
          <w:sz w:val="20"/>
        </w:rPr>
        <w:t>Vor- und Nachname : _______________________________________________</w:t>
      </w:r>
    </w:p>
    <w:p>
      <w:r>
        <w:rPr>
          <w:b w:val="0"/>
          <w:sz w:val="20"/>
        </w:rPr>
        <w:t>Anschrift : ________________________________________________________</w:t>
      </w:r>
    </w:p>
    <w:p>
      <w:r>
        <w:rPr>
          <w:b w:val="0"/>
          <w:sz w:val="20"/>
        </w:rPr>
        <w:t>Telefonnummer : ____________________________________________________</w:t>
      </w:r>
    </w:p>
    <w:p/>
    <w:p>
      <w:r>
        <w:rPr>
          <w:b/>
          <w:sz w:val="20"/>
        </w:rPr>
        <w:t>Angaben zum Hund :</w:t>
      </w:r>
    </w:p>
    <w:p>
      <w:r>
        <w:rPr>
          <w:b w:val="0"/>
          <w:sz w:val="20"/>
        </w:rPr>
        <w:t>Name des Hundes : ________________________________________________</w:t>
      </w:r>
    </w:p>
    <w:p>
      <w:r>
        <w:rPr>
          <w:b w:val="0"/>
          <w:sz w:val="20"/>
        </w:rPr>
        <w:t>Rasse : ___________________________________________________________</w:t>
      </w:r>
    </w:p>
    <w:p>
      <w:r>
        <w:rPr>
          <w:b w:val="0"/>
          <w:sz w:val="20"/>
        </w:rPr>
        <w:t>Geburtsdatum/Alter : _______________________________________________</w:t>
      </w:r>
    </w:p>
    <w:p>
      <w:r>
        <w:rPr>
          <w:b w:val="0"/>
          <w:sz w:val="20"/>
        </w:rPr>
        <w:t>Besondere Merkmale : _______________________________________________</w:t>
      </w:r>
    </w:p>
    <w:p/>
    <w:p>
      <w:r>
        <w:rPr>
          <w:b/>
          <w:sz w:val="20"/>
        </w:rPr>
        <w:t>Vollmacht :</w:t>
      </w:r>
    </w:p>
    <w:p>
      <w:r>
        <w:rPr>
          <w:b w:val="0"/>
          <w:sz w:val="20"/>
        </w:rPr>
        <w:t>Hiermit bevollmächtige ich den oben genannten Bevollmächtigten, meinen Hund in meinem Namen und mit voller Vertretungsmacht bei Tierärzten vorzustellen, medizinische Behandlungen durchführen zu lassen, erforderliche Diagnosen zu erheben sowie alle notwendigen Entscheidungen bezüglich der Gesundheit meines Hundes zu treffen.</w:t>
      </w:r>
    </w:p>
    <w:p/>
    <w:p>
      <w:r>
        <w:rPr>
          <w:b w:val="0"/>
          <w:sz w:val="20"/>
        </w:rPr>
        <w:t>Diese Vollmacht umfasst insbesondere die Zustimmung zur Verabreichung von Medikamenten, Durchführung von Operationen, sowie das Einholen und Übergeben aller tierärztlichen Unterlagen und Rechnungen.</w:t>
      </w:r>
    </w:p>
    <w:p/>
    <w:p>
      <w:r>
        <w:rPr>
          <w:b w:val="0"/>
          <w:sz w:val="20"/>
        </w:rPr>
        <w:t>Ich bestätige, dass ich die Verantwortung für alle durch den Bevollmächtigten getroffenen Entscheidungen und Maßnahmen übernehme.</w:t>
      </w:r>
    </w:p>
    <w:p/>
    <w:p>
      <w:r>
        <w:rPr>
          <w:b/>
          <w:sz w:val="20"/>
        </w:rPr>
        <w:t>Diese Vollmacht gilt bis auf Widerruf.</w:t>
      </w:r>
    </w:p>
    <w:p/>
    <w:p/>
    <w:p>
      <w:r>
        <w:rPr>
          <w:b w:val="0"/>
          <w:sz w:val="20"/>
        </w:rPr>
        <w:t>Ort : ________________________________________</w:t>
      </w:r>
    </w:p>
    <w:p>
      <w:r>
        <w:rPr>
          <w:b w:val="0"/>
          <w:sz w:val="20"/>
        </w:rPr>
        <w:t>Unterschrift Vollmachtgeber : 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w:t>
            </w:r>
          </w:p>
        </w:tc>
        <w:tc>
          <w:tcPr>
            <w:tcW w:type="dxa" w:w="4986"/>
            <w:tcBorders>
              <w:top w:val="nil"/>
              <w:left w:val="nil"/>
              <w:bottom w:val="nil"/>
              <w:right w:val="nil"/>
              <w:insideH w:val="nil"/>
              <w:insideV w:val="nil"/>
            </w:tcBorders>
          </w:tcPr>
          <w:p>
            <w:pPr>
              <w:jc w:val="center"/>
            </w:pPr>
            <w:r>
              <w:t>Bevollmächtigter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https://dokumentfertig.com/vollmacht-tierarzt-hund-vorlage/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https://dokumentfertig.com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dokumentfertig.com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fertig.com/vollmacht-tierarzt-hund-vorlage/" TargetMode="External"/><Relationship Id="rId10" Type="http://schemas.openxmlformats.org/officeDocument/2006/relationships/hyperlink" Target="https://dokumentferti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