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VOLLMACHT ZUR UMMELDUNG EINES KINDES</w:t>
      </w:r>
    </w:p>
    <w:p/>
    <w:p>
      <w:r>
        <w:rPr>
          <w:b w:val="0"/>
          <w:sz w:val="20"/>
        </w:rPr>
        <w:t>Ort : ____________________________</w:t>
      </w:r>
    </w:p>
    <w:p/>
    <w:p>
      <w:r>
        <w:rPr>
          <w:b/>
          <w:sz w:val="20"/>
        </w:rPr>
        <w:t>Angaben des Vollmachtgebers (Elternteil/Erziehungsberechtigter) :</w:t>
      </w:r>
    </w:p>
    <w:p>
      <w:r>
        <w:rPr>
          <w:b w:val="0"/>
          <w:sz w:val="20"/>
        </w:rPr>
        <w:t>Vor- und Nachname : ___________________________________________________</w:t>
      </w:r>
    </w:p>
    <w:p>
      <w:r>
        <w:rPr>
          <w:b w:val="0"/>
          <w:sz w:val="20"/>
        </w:rPr>
        <w:t>Geburtsdatum : _______________________________________________________</w:t>
      </w:r>
    </w:p>
    <w:p>
      <w:r>
        <w:rPr>
          <w:b w:val="0"/>
          <w:sz w:val="20"/>
        </w:rPr>
        <w:t>Anschrift : ___________________________________________________________</w:t>
      </w:r>
    </w:p>
    <w:p>
      <w:r>
        <w:rPr>
          <w:b w:val="0"/>
          <w:sz w:val="20"/>
        </w:rPr>
        <w:t>Personalausweis-/Reisepass-Nr. : ______________________________________</w:t>
      </w:r>
    </w:p>
    <w:p/>
    <w:p>
      <w:r>
        <w:rPr>
          <w:b/>
          <w:sz w:val="20"/>
        </w:rPr>
        <w:t>Angaben des Bevollmächtigten :</w:t>
      </w:r>
    </w:p>
    <w:p>
      <w:r>
        <w:rPr>
          <w:b w:val="0"/>
          <w:sz w:val="20"/>
        </w:rPr>
        <w:t>Vor- und Nachname : ___________________________________________________</w:t>
      </w:r>
    </w:p>
    <w:p>
      <w:r>
        <w:rPr>
          <w:b w:val="0"/>
          <w:sz w:val="20"/>
        </w:rPr>
        <w:t>Geburtsdatum : _______________________________________________________</w:t>
      </w:r>
    </w:p>
    <w:p>
      <w:r>
        <w:rPr>
          <w:b w:val="0"/>
          <w:sz w:val="20"/>
        </w:rPr>
        <w:t>Anschrift : ___________________________________________________________</w:t>
      </w:r>
    </w:p>
    <w:p>
      <w:r>
        <w:rPr>
          <w:b w:val="0"/>
          <w:sz w:val="20"/>
        </w:rPr>
        <w:t>Personalausweis-/Reisepass-Nr. : ______________________________________</w:t>
      </w:r>
    </w:p>
    <w:p/>
    <w:p>
      <w:r>
        <w:rPr>
          <w:b/>
          <w:sz w:val="20"/>
        </w:rPr>
        <w:t>Angaben zum Kind :</w:t>
      </w:r>
    </w:p>
    <w:p>
      <w:r>
        <w:rPr>
          <w:b w:val="0"/>
          <w:sz w:val="20"/>
        </w:rPr>
        <w:t>Vor- und Nachname : ___________________________________________________</w:t>
      </w:r>
    </w:p>
    <w:p>
      <w:r>
        <w:rPr>
          <w:b w:val="0"/>
          <w:sz w:val="20"/>
        </w:rPr>
        <w:t>Geburtsdatum : _______________________________________________________</w:t>
      </w:r>
    </w:p>
    <w:p>
      <w:r>
        <w:rPr>
          <w:b w:val="0"/>
          <w:sz w:val="20"/>
        </w:rPr>
        <w:t>Geburtsort : _________________________________________________________</w:t>
      </w:r>
    </w:p>
    <w:p>
      <w:r>
        <w:rPr>
          <w:b w:val="0"/>
          <w:sz w:val="20"/>
        </w:rPr>
        <w:t>Aktuelle Adresse : ____________________________________________________</w:t>
      </w:r>
    </w:p>
    <w:p/>
    <w:p>
      <w:r>
        <w:rPr>
          <w:b/>
          <w:sz w:val="20"/>
        </w:rPr>
        <w:t>Vollmacht :</w:t>
      </w:r>
    </w:p>
    <w:p>
      <w:r>
        <w:rPr>
          <w:b w:val="0"/>
          <w:sz w:val="20"/>
        </w:rPr>
        <w:t>Hiermit bevollmächtige ich den oben genannten Bevollmächtigten, im Rahmen der Ummeldung meines Kindes bei der zuständigen Meldebehörde alle notwendigen Schritte und Handlungen vorzunehmen. Dies umfasst insbesondere die Abgabe und Entgegennahme von Erklärungen, das Einreichen von Unterlagen sowie die Entgegennahme von Bescheinigungen und Dokumenten.</w:t>
      </w:r>
    </w:p>
    <w:p/>
    <w:p>
      <w:r>
        <w:rPr>
          <w:b w:val="0"/>
          <w:sz w:val="20"/>
        </w:rPr>
        <w:t>Diese Vollmacht gilt ausschließlich für die Ummeldung des oben genannten Kindes und ist nicht übertragbar.</w:t>
      </w:r>
    </w:p>
    <w:p/>
    <w:p>
      <w:r>
        <w:rPr>
          <w:b/>
          <w:sz w:val="20"/>
        </w:rPr>
        <w:t>Haftung und Bestätigung :</w:t>
      </w:r>
    </w:p>
    <w:p>
      <w:r>
        <w:rPr>
          <w:b w:val="0"/>
          <w:sz w:val="20"/>
        </w:rPr>
        <w:t>Ich bestätige, dass die Angaben wahrheitsgemäß und vollständig sind. Ich entbinde die Meldebehörde von der Pflicht zur Einholung weiterer Nachweise, soweit diese im Rahmen der Ummeldung erforderlich sind.</w:t>
      </w:r>
    </w:p>
    <w:p/>
    <w:p>
      <w:pPr>
        <w:jc w:val="center"/>
      </w:pPr>
      <w:r>
        <w:rPr>
          <w:b/>
          <w:sz w:val="20"/>
        </w:rPr>
        <w:t>Unterschriften</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Vollmachtgeber (Elternteil/Erziehungsberechtigter)</w:t>
            </w:r>
          </w:p>
        </w:tc>
        <w:tc>
          <w:tcPr>
            <w:tcW w:type="dxa" w:w="4986"/>
            <w:tcBorders>
              <w:top w:val="nil"/>
              <w:left w:val="nil"/>
              <w:bottom w:val="nil"/>
              <w:right w:val="nil"/>
              <w:insideH w:val="nil"/>
              <w:insideV w:val="nil"/>
            </w:tcBorders>
          </w:tcPr>
          <w:p>
            <w:pPr>
              <w:jc w:val="center"/>
            </w:pPr>
            <w:r>
              <w:t>Bevollmächtigter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https://dokumentfertig.com/vollmacht-ummeldung-kind/</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https://dokumentfertig.com</w:t>
        </w:r>
      </w:hyperlink>
    </w:p>
    <w:p>
      <w:pPr>
        <w:jc w:val="center"/>
      </w:pPr>
      <w:r>
        <w:rPr>
          <w:color w:val="808080"/>
          <w:sz w:val="20"/>
        </w:rPr>
        <w:t>Diese Vorlage ist ausschließlich für den persönlichen, nicht kommerziellen Gebrauch bestimmt.</w:t>
        <w:br/>
        <w:t>Bei Weitergabe oder Veröffentlichung ist die Nennung der Quelle verpflichtend. © dokumentfertig.com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kumentfertig.com/vollmacht-ummeldung-kind/" TargetMode="External"/><Relationship Id="rId10" Type="http://schemas.openxmlformats.org/officeDocument/2006/relationships/hyperlink" Target="https://dokumentferti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