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WEICHE PATRONATSERKLÄRUNG</w:t>
      </w:r>
    </w:p>
    <w:p/>
    <w:p>
      <w:r>
        <w:rPr>
          <w:b/>
          <w:sz w:val="20"/>
        </w:rPr>
        <w:t>Angaben des Patronatgebers :</w:t>
      </w:r>
    </w:p>
    <w:p>
      <w:r>
        <w:rPr>
          <w:b w:val="0"/>
          <w:sz w:val="20"/>
        </w:rPr>
        <w:t>Name / Firma : ____________________________________________________</w:t>
      </w:r>
    </w:p>
    <w:p>
      <w:r>
        <w:rPr>
          <w:b w:val="0"/>
          <w:sz w:val="20"/>
        </w:rPr>
        <w:t>Anschrift : ________________________________________________________</w:t>
      </w:r>
    </w:p>
    <w:p>
      <w:r>
        <w:rPr>
          <w:b w:val="0"/>
          <w:sz w:val="20"/>
        </w:rPr>
        <w:t>Vertreten durch : _________________________________________________</w:t>
      </w:r>
    </w:p>
    <w:p/>
    <w:p>
      <w:r>
        <w:rPr>
          <w:b/>
          <w:sz w:val="20"/>
        </w:rPr>
        <w:t>Angaben des Begünstigten :</w:t>
      </w:r>
    </w:p>
    <w:p>
      <w:r>
        <w:rPr>
          <w:b w:val="0"/>
          <w:sz w:val="20"/>
        </w:rPr>
        <w:t>Name / Firma : ____________________________________________________</w:t>
      </w:r>
    </w:p>
    <w:p>
      <w:r>
        <w:rPr>
          <w:b w:val="0"/>
          <w:sz w:val="20"/>
        </w:rPr>
        <w:t>Anschrift : ________________________________________________________</w:t>
      </w:r>
    </w:p>
    <w:p/>
    <w:p>
      <w:r>
        <w:rPr>
          <w:b w:val="0"/>
          <w:sz w:val="20"/>
        </w:rPr>
        <w:t>Der Patronatgeber erklärt hiermit ausdrücklich seine Absicht, den Begünstigten nach Maßgabe dieser Erklärung finanziell zu unterstützen, um dessen wirtschaftliche Fortführung zu sichern. Diese Erklärung stellt keine rechtlich bindende Verpflichtung zum Eingehen einer Garantie, Bürgschaft oder sonstigen Haftung dar.</w:t>
      </w:r>
    </w:p>
    <w:p/>
    <w:p>
      <w:r>
        <w:rPr>
          <w:b w:val="0"/>
          <w:sz w:val="20"/>
        </w:rPr>
        <w:t>Diese Patronatserklärung dient ausschließlich dem Zweck, das Vertrauen von Vertragspartnern und Gläubigern des Begünstigten zu stärken. Der Patronatgeber verpflichtet sich nicht, Verbindlichkeiten des Begünstigten zu übernehmen oder für diese einzustehen.</w:t>
      </w:r>
    </w:p>
    <w:p/>
    <w:p>
      <w:r>
        <w:rPr>
          <w:b w:val="0"/>
          <w:sz w:val="20"/>
        </w:rPr>
        <w:t>Dem Patronatgeber ist es bewusst, dass keine unmittelbare Rechtswirkung gegenüber Dritten aus dieser Erklärung hergeleitet werden kann. Sie begründet keine Forderungsansprüche gegen den Patronatgeber.</w:t>
      </w:r>
    </w:p>
    <w:p/>
    <w:p>
      <w:r>
        <w:rPr>
          <w:b w:val="0"/>
          <w:sz w:val="20"/>
        </w:rPr>
        <w:t>Der Patronatgeber wird den Begünstigten beraten und soweit möglich unterstützen, um dessen Zahlungsfähigkeit und Liquidität zu erhalten.</w:t>
      </w:r>
    </w:p>
    <w:p/>
    <w:p>
      <w:r>
        <w:rPr>
          <w:b/>
          <w:sz w:val="20"/>
        </w:rPr>
        <w:t>Diese Patronatserklärung ist freiwillig und kann vom Patronatgeber jederzeit ohne Angabe von Gründen widerrufen werden. Ein Widerruf ist gegenüber dem Begünstigten schriftlich zu erklären.</w:t>
      </w:r>
    </w:p>
    <w:p/>
    <w:p/>
    <w:p>
      <w:r>
        <w:rPr>
          <w:b w:val="0"/>
          <w:sz w:val="20"/>
        </w:rPr>
        <w:t>Ort : ______________________________________________________________</w:t>
      </w:r>
    </w:p>
    <w:p>
      <w:r>
        <w:rPr>
          <w:b w:val="0"/>
          <w:sz w:val="20"/>
        </w:rPr>
        <w:t>Unterschrift Patronatgeber : 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Patronatgeber</w:t>
            </w:r>
          </w:p>
        </w:tc>
        <w:tc>
          <w:tcPr>
            <w:tcW w:type="dxa" w:w="4986"/>
            <w:tcBorders>
              <w:top w:val="nil"/>
              <w:left w:val="nil"/>
              <w:bottom w:val="nil"/>
              <w:right w:val="nil"/>
              <w:insideH w:val="nil"/>
              <w:insideV w:val="nil"/>
            </w:tcBorders>
          </w:tcPr>
          <w:p>
            <w:pPr>
              <w:jc w:val="center"/>
            </w:pPr>
            <w:r>
              <w:t>Begünstigter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https://dokumentfertig.com/weiche-patronatserklarung-muster/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https://dokumentfertig.com</w:t>
        </w:r>
      </w:hyperlink>
    </w:p>
    <w:p>
      <w:pPr>
        <w:jc w:val="center"/>
      </w:pPr>
      <w:r>
        <w:rPr>
          <w:color w:val="808080"/>
          <w:sz w:val="20"/>
        </w:rPr>
        <w:t>Diese Vorlage ist ausschließlich für den persönlichen, nicht kommerziellen Gebrauch bestimmt.</w:t>
        <w:br/>
        <w:t>Bei Weitergabe oder Veröffentlichung ist die Nennung der Quelle verpflichtend. © dokumentfertig.com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kumentfertig.com/weiche-patronatserklarung-muster/" TargetMode="External"/><Relationship Id="rId10" Type="http://schemas.openxmlformats.org/officeDocument/2006/relationships/hyperlink" Target="https://dokumentferti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