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WERKMIETVERTRAG (MUSTER)</w:t>
      </w:r>
    </w:p>
    <w:p/>
    <w:p>
      <w:r>
        <w:rPr>
          <w:b/>
          <w:sz w:val="20"/>
        </w:rPr>
        <w:t>Vertragspartner:</w:t>
      </w:r>
    </w:p>
    <w:p>
      <w:r>
        <w:rPr>
          <w:b w:val="0"/>
          <w:sz w:val="20"/>
        </w:rPr>
        <w:t>Vermieter :</w:t>
      </w:r>
    </w:p>
    <w:p>
      <w:r>
        <w:rPr>
          <w:b w:val="0"/>
          <w:sz w:val="20"/>
        </w:rPr>
        <w:t>Name : 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 w:val="0"/>
          <w:sz w:val="20"/>
        </w:rPr>
        <w:t>Mieter :</w:t>
      </w:r>
    </w:p>
    <w:p>
      <w:r>
        <w:rPr>
          <w:b w:val="0"/>
          <w:sz w:val="20"/>
        </w:rPr>
        <w:t>Name : 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Vermieter vermietet an den Mieter das folgende Werk (z. B. Maschine, Gerät):</w:t>
      </w:r>
    </w:p>
    <w:p>
      <w:r>
        <w:rPr>
          <w:b w:val="0"/>
          <w:sz w:val="20"/>
        </w:rPr>
        <w:t>Bezeichnung : __________________________________________________________</w:t>
      </w:r>
    </w:p>
    <w:p>
      <w:r>
        <w:rPr>
          <w:b w:val="0"/>
          <w:sz w:val="20"/>
        </w:rPr>
        <w:t>Seriennummer/Inventarnummer : __________________________________________</w:t>
      </w:r>
    </w:p>
    <w:p>
      <w:r>
        <w:rPr>
          <w:b w:val="0"/>
          <w:sz w:val="20"/>
        </w:rPr>
        <w:t>Zustand : _______________________________________________________________</w:t>
      </w:r>
    </w:p>
    <w:p/>
    <w:p>
      <w:r>
        <w:rPr>
          <w:b/>
          <w:sz w:val="20"/>
        </w:rPr>
        <w:t>§ 2 – Mietzeit</w:t>
      </w:r>
    </w:p>
    <w:p>
      <w:r>
        <w:rPr>
          <w:b w:val="0"/>
          <w:sz w:val="20"/>
        </w:rPr>
        <w:t>Die Mietzeit beginnt mit Übergabe des Werkes und endet mit Rückgabe an den Vermieter.</w:t>
      </w:r>
    </w:p>
    <w:p>
      <w:r>
        <w:rPr>
          <w:b w:val="0"/>
          <w:sz w:val="20"/>
        </w:rPr>
        <w:t>Die genaue Mietdauer wird gesondert vereinbart: ______________________________</w:t>
      </w:r>
    </w:p>
    <w:p/>
    <w:p>
      <w:r>
        <w:rPr>
          <w:b/>
          <w:sz w:val="20"/>
        </w:rPr>
        <w:t>§ 3 – Mietzins und Zahlungsbedingungen</w:t>
      </w:r>
    </w:p>
    <w:p>
      <w:r>
        <w:rPr>
          <w:b w:val="0"/>
          <w:sz w:val="20"/>
        </w:rPr>
        <w:t>Der Mieter verpflichtet sich, einen Mietzins in Höhe von _________________ EUR zu zahlen.</w:t>
      </w:r>
    </w:p>
    <w:p>
      <w:r>
        <w:rPr>
          <w:b w:val="0"/>
          <w:sz w:val="20"/>
        </w:rPr>
        <w:t>Die Zahlung erfolgt monatlich/vierteljährlich/sonstiges (bitte ankreuzen): __________</w:t>
      </w:r>
    </w:p>
    <w:p>
      <w:r>
        <w:rPr>
          <w:b w:val="0"/>
          <w:sz w:val="20"/>
        </w:rPr>
        <w:t>Zahlungsweise : ___________________________________________________________</w:t>
      </w:r>
    </w:p>
    <w:p/>
    <w:p>
      <w:r>
        <w:rPr>
          <w:b/>
          <w:sz w:val="20"/>
        </w:rPr>
        <w:t>§ 4 – Pflichten des Mieters</w:t>
      </w:r>
    </w:p>
    <w:p>
      <w:r>
        <w:rPr>
          <w:b w:val="0"/>
          <w:sz w:val="20"/>
        </w:rPr>
        <w:t>Der Mieter verpflichtet sich, das Werk sorgfältig zu behandeln und ausschließlich bestimmungsgemäß zu verwenden.</w:t>
      </w:r>
    </w:p>
    <w:p>
      <w:r>
        <w:rPr>
          <w:b w:val="0"/>
          <w:sz w:val="20"/>
        </w:rPr>
        <w:t>Er hat das Werk vor Schäden zu schützen und Mängel unverzüglich dem Vermieter zu melden.</w:t>
      </w:r>
    </w:p>
    <w:p/>
    <w:p>
      <w:r>
        <w:rPr>
          <w:b/>
          <w:sz w:val="20"/>
        </w:rPr>
        <w:t>§ 5 – Haftung und Versicherung</w:t>
      </w:r>
    </w:p>
    <w:p>
      <w:r>
        <w:rPr>
          <w:b w:val="0"/>
          <w:sz w:val="20"/>
        </w:rPr>
        <w:t>Der Mieter haftet für Schäden, die durch unsachgemäße Handhabung oder Fahrlässigkeit entstehen.</w:t>
      </w:r>
    </w:p>
    <w:p>
      <w:r>
        <w:rPr>
          <w:b w:val="0"/>
          <w:sz w:val="20"/>
        </w:rPr>
        <w:t>Der Vermieter empfiehlt den Abschluss einer geeigneten Versicherung für das Werk.</w:t>
      </w:r>
    </w:p>
    <w:p/>
    <w:p>
      <w:r>
        <w:rPr>
          <w:b/>
          <w:sz w:val="20"/>
        </w:rPr>
        <w:t>§ 6 – Rückgabe</w:t>
      </w:r>
    </w:p>
    <w:p>
      <w:r>
        <w:rPr>
          <w:b w:val="0"/>
          <w:sz w:val="20"/>
        </w:rPr>
        <w:t>Der Mieter hat das Werk nach Ablauf der Mietzeit in ordnungsgemäßem Zustand zurückzugeben.</w:t>
      </w:r>
    </w:p>
    <w:p>
      <w:r>
        <w:rPr>
          <w:b w:val="0"/>
          <w:sz w:val="20"/>
        </w:rPr>
        <w:t>Etwaige Schäden oder fehlende Teile sind dem Vermieter zu ersetzen.</w:t>
      </w:r>
    </w:p>
    <w:p/>
    <w:p>
      <w:r>
        <w:rPr>
          <w:b/>
          <w:sz w:val="20"/>
        </w:rPr>
        <w:t>§ 7 – Vertragsänderungen</w:t>
      </w:r>
    </w:p>
    <w:p>
      <w:r>
        <w:rPr>
          <w:b w:val="0"/>
          <w:sz w:val="20"/>
        </w:rPr>
        <w:t>Änderungen und Ergänzungen dieses Vertrages bedürfen der Schriftform.</w:t>
      </w:r>
    </w:p>
    <w:p/>
    <w:p>
      <w:r>
        <w:rPr>
          <w:b/>
          <w:sz w:val="20"/>
        </w:rPr>
        <w:t>§ 8 – Gerichtsstand</w:t>
      </w:r>
    </w:p>
    <w:p>
      <w:r>
        <w:rPr>
          <w:b w:val="0"/>
          <w:sz w:val="20"/>
        </w:rPr>
        <w:t>Gerichtsstand für alle Streitigkeiten aus diesem Vertrag ist der Sitz des Vermieters, soweit gesetzlich zulässig.</w:t>
      </w:r>
    </w:p>
    <w:p/>
    <w:p/>
    <w:p>
      <w:r>
        <w:rPr>
          <w:b w:val="0"/>
          <w:sz w:val="20"/>
        </w:rPr>
        <w:t>Ort : 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https://dokumentfertig.com/werkmietvertrag-muster/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werkmietvertrag-muster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