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WIDERSPRUCH GEGEN DIE ABLEHNUNG EINER BERUFSKRANKHEIT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Versicherungsnummer / Aktenzeichen : 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An :</w:t>
      </w:r>
    </w:p>
    <w:p>
      <w:r>
        <w:rPr>
          <w:b w:val="0"/>
          <w:sz w:val="20"/>
        </w:rPr>
        <w:t>Berufsgenossenschaft / Unfallversicherungsträger / Adresse :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Widerspruch gegen den Bescheid vom _________________ über die Ablehnung der Anerkennung einer Berufskrankheit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lege ich Widerspruch gegen den o. g. Bescheid ein, mit dem die Anerkennung meiner Berufskrankheit abgelehnt wurde.</w:t>
      </w:r>
    </w:p>
    <w:p/>
    <w:p>
      <w:r>
        <w:rPr>
          <w:b/>
          <w:sz w:val="20"/>
        </w:rPr>
        <w:t>Begründung :</w:t>
      </w:r>
    </w:p>
    <w:p>
      <w:r>
        <w:rPr>
          <w:b w:val="0"/>
          <w:sz w:val="20"/>
        </w:rPr>
        <w:t>Ich bin der Auffassung, dass die Voraussetzungen für die Anerkennung der Berufskrankheit vorliegen. Die medizinischen Befunde und Gutachten belegen, dass die Erkrankung ursächlich im Zusammenhang mit meiner beruflichen Tätigkeit steht.</w:t>
      </w:r>
    </w:p>
    <w:p/>
    <w:p>
      <w:r>
        <w:rPr>
          <w:b/>
          <w:sz w:val="20"/>
        </w:rPr>
        <w:t>Im Einzelnen :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/>
    <w:p>
      <w:r>
        <w:rPr>
          <w:b w:val="0"/>
          <w:sz w:val="20"/>
        </w:rPr>
        <w:t>Ich bitte um erneute Prüfung meines Anliegens und Übersendung eines schriftlichen Bescheids.</w:t>
      </w:r>
    </w:p>
    <w:p/>
    <w:p>
      <w:r>
        <w:rPr>
          <w:b w:val="0"/>
          <w:sz w:val="20"/>
        </w:rPr>
        <w:t>Mit freundlichen Grüßen</w:t>
      </w:r>
    </w:p>
    <w:p/>
    <w:p/>
    <w:p/>
    <w:p>
      <w:pPr>
        <w:jc w:val="center"/>
      </w:pPr>
      <w:r>
        <w:rPr>
          <w:b w:val="0"/>
          <w:sz w:val="20"/>
        </w:rPr>
        <w:t>______________________________</w:t>
      </w:r>
    </w:p>
    <w:p>
      <w:pPr>
        <w:jc w:val="center"/>
      </w:pPr>
      <w:r>
        <w:rPr>
          <w:b w:val="0"/>
          <w:sz w:val="20"/>
        </w:rPr>
        <w:t>Unterschrift</w:t>
      </w:r>
    </w:p>
    <w:p/>
    <w:p/>
    <w:p>
      <w:r>
        <w:rPr>
          <w:b w:val="0"/>
          <w:sz w:val="20"/>
        </w:rPr>
        <w:t>Ort : ____________________________________</w:t>
      </w:r>
    </w:p>
    <w:p>
      <w:r>
        <w:rPr>
          <w:b w:val="0"/>
          <w:sz w:val="20"/>
        </w:rPr>
        <w:t>Datum : 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Anlagen (bitte ankreuzen)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Anzahl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- Ärztliche Atteste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- Arbeitsunfähigkeitsbescheinigungen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https://dokumentfertig.com/widerspruch-ablehnung-berufskrankheit-muster/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widerspruch-ablehnung-berufskrankheit-muster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