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WIDERSPRUCH GEGEN DEN GRUNDSTEUERBESCHEID</w:t>
      </w:r>
    </w:p>
    <w:p/>
    <w:p>
      <w:r>
        <w:rPr>
          <w:b/>
          <w:sz w:val="20"/>
        </w:rPr>
        <w:t>An das Finanzamt Brandenburg</w:t>
      </w:r>
    </w:p>
    <w:p>
      <w:r>
        <w:rPr>
          <w:b w:val="0"/>
          <w:sz w:val="20"/>
        </w:rPr>
        <w:t>Straße und Hausnummer</w:t>
      </w:r>
    </w:p>
    <w:p>
      <w:r>
        <w:rPr>
          <w:b w:val="0"/>
          <w:sz w:val="20"/>
        </w:rPr>
        <w:t>PLZ Ort</w:t>
      </w:r>
    </w:p>
    <w:p/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Name, Vorname : ________________________________________________</w:t>
      </w:r>
    </w:p>
    <w:p>
      <w:r>
        <w:rPr>
          <w:b w:val="0"/>
          <w:sz w:val="20"/>
        </w:rPr>
        <w:t>Anschrift : _____________________________________________________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/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Widerspruch gegen den Grundsteuerbescheid für das Grundstück</w:t>
      </w:r>
    </w:p>
    <w:p>
      <w:r>
        <w:rPr>
          <w:b w:val="0"/>
          <w:sz w:val="20"/>
        </w:rPr>
        <w:t>Flurstück/Grundstücksnummer : __________________________________</w:t>
      </w:r>
    </w:p>
    <w:p>
      <w:r>
        <w:rPr>
          <w:b w:val="0"/>
          <w:sz w:val="20"/>
        </w:rPr>
        <w:t>Gemarkung : ____________________________________________________</w:t>
      </w:r>
    </w:p>
    <w:p>
      <w:r>
        <w:rPr>
          <w:b w:val="0"/>
          <w:sz w:val="20"/>
        </w:rPr>
        <w:t>Aktenzeichen / Steuernummer : ___________________________________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lege ich Widerspruch gegen den o.g. Grundsteuerbescheid ein. Die Berechnung der Grundsteuer halte ich für nicht zutreffend aus folgenden Gründen:</w:t>
      </w:r>
    </w:p>
    <w:p/>
    <w:p>
      <w:r>
        <w:rPr>
          <w:b/>
          <w:sz w:val="20"/>
        </w:rPr>
        <w:t>1. Fehlerhafte Bewertung des Grundstücks oder Gebäudes.</w:t>
      </w:r>
    </w:p>
    <w:p>
      <w:r>
        <w:rPr>
          <w:b/>
          <w:sz w:val="20"/>
        </w:rPr>
        <w:t>2. Unzutreffende Angaben zu den Flächenmaßen oder Nutzungseinheiten.</w:t>
      </w:r>
    </w:p>
    <w:p>
      <w:r>
        <w:rPr>
          <w:b w:val="0"/>
          <w:sz w:val="20"/>
        </w:rPr>
        <w:t>3. Sonstige Gründe: _________________________________________________________</w:t>
      </w:r>
    </w:p>
    <w:p/>
    <w:p>
      <w:r>
        <w:rPr>
          <w:b w:val="0"/>
          <w:sz w:val="20"/>
        </w:rPr>
        <w:t>Ich bitte um Überprüfung und Korrektur des Bescheids. Für Rückfragen stehe ich gerne zur Verfügung.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Ort, Datum: ____________________________________________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Unterschrift: 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https://dokumentfertig.com/widerspruch-grundsteuerbescheid-brandenburg-muster/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widerspruch-grundsteuerbescheid-brandenburg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