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WINTERDIENST DOKUMENTATION</w:t>
      </w:r>
    </w:p>
    <w:p/>
    <w:p>
      <w:r>
        <w:rPr>
          <w:b/>
          <w:sz w:val="20"/>
        </w:rPr>
        <w:t>Auftraggeber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Ausführender Winterdienst :</w:t>
      </w:r>
    </w:p>
    <w:p>
      <w:r>
        <w:rPr>
          <w:b w:val="0"/>
          <w:sz w:val="20"/>
        </w:rPr>
        <w:t>Name / Firma : 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Einsatzort(e) :</w:t>
      </w:r>
    </w:p>
    <w:p>
      <w:r>
        <w:rPr>
          <w:b w:val="0"/>
          <w:sz w:val="20"/>
        </w:rPr>
        <w:t>Straße / Bereich : ______________________________________________</w:t>
      </w:r>
    </w:p>
    <w:p>
      <w:r>
        <w:rPr>
          <w:b w:val="0"/>
          <w:sz w:val="20"/>
        </w:rPr>
        <w:t>Ort : ___________________________________________________________</w:t>
      </w:r>
    </w:p>
    <w:p/>
    <w:p>
      <w:r>
        <w:rPr>
          <w:b/>
          <w:sz w:val="20"/>
        </w:rPr>
        <w:t>Leistungen des Winterdienstes :</w:t>
      </w:r>
    </w:p>
    <w:p>
      <w:r>
        <w:rPr>
          <w:b w:val="0"/>
          <w:sz w:val="20"/>
        </w:rPr>
        <w:t>Schneeräumung : ___________________________________________________</w:t>
      </w:r>
    </w:p>
    <w:p>
      <w:r>
        <w:rPr>
          <w:b w:val="0"/>
          <w:sz w:val="20"/>
        </w:rPr>
        <w:t>Einsatzzeiten (z.B. Beginn / Ende) : ________________________________</w:t>
      </w:r>
    </w:p>
    <w:p>
      <w:r>
        <w:rPr>
          <w:b w:val="0"/>
          <w:sz w:val="20"/>
        </w:rPr>
        <w:t>Streumittel (z.B. Salz, Splitt) : ___________________________________</w:t>
      </w:r>
    </w:p>
    <w:p>
      <w:r>
        <w:rPr>
          <w:b w:val="0"/>
          <w:sz w:val="20"/>
        </w:rPr>
        <w:t>Zusätzliche Leistungen : ___________________________________________</w:t>
      </w:r>
    </w:p>
    <w:p/>
    <w:p>
      <w:r>
        <w:rPr>
          <w:b/>
          <w:sz w:val="20"/>
        </w:rPr>
        <w:t>Dokumentation der durchgeführten Arbeiten :</w:t>
      </w:r>
    </w:p>
    <w:p>
      <w:r>
        <w:rPr>
          <w:b w:val="0"/>
          <w:sz w:val="20"/>
        </w:rPr>
        <w:t>Datum und Uhrzeit : ______________________________________________</w:t>
      </w:r>
    </w:p>
    <w:p>
      <w:r>
        <w:rPr>
          <w:b w:val="0"/>
          <w:sz w:val="20"/>
        </w:rPr>
        <w:t>Wetterbedingungen : ______________________________________________</w:t>
      </w:r>
    </w:p>
    <w:p>
      <w:r>
        <w:rPr>
          <w:b w:val="0"/>
          <w:sz w:val="20"/>
        </w:rPr>
        <w:t>Beschreibung der Arbeiten : _______________________________________</w:t>
      </w:r>
    </w:p>
    <w:p>
      <w:r>
        <w:rPr>
          <w:b w:val="0"/>
          <w:sz w:val="20"/>
        </w:rPr>
        <w:t>Anmerkungen / Besonderheiten : ____________________________________</w:t>
      </w:r>
    </w:p>
    <w:p/>
    <w:p>
      <w:r>
        <w:rPr>
          <w:b/>
          <w:sz w:val="20"/>
        </w:rPr>
        <w:t>§ 1 – Leistungsumfang</w:t>
      </w:r>
    </w:p>
    <w:p>
      <w:r>
        <w:rPr>
          <w:b w:val="0"/>
          <w:sz w:val="20"/>
        </w:rPr>
        <w:t>Der Winterdienst verpflichtet sich, die vereinbarten Leistungen fachgerecht und ordnungsgemäß durchzuführen.</w:t>
      </w:r>
    </w:p>
    <w:p/>
    <w:p>
      <w:r>
        <w:rPr>
          <w:b/>
          <w:sz w:val="20"/>
        </w:rPr>
        <w:t>§ 2 – Haftung</w:t>
      </w:r>
    </w:p>
    <w:p>
      <w:r>
        <w:rPr>
          <w:b w:val="0"/>
          <w:sz w:val="20"/>
        </w:rPr>
        <w:t>Der Auftragnehmer haftet nur für grob fahrlässige oder vorsätzliche Pflichtverletzungen. Für Schäden, die durch höhere Gewalt oder unvorhersehbare Witterungsbedingungen entstehen, haftet der Auftragnehmer nicht.</w:t>
      </w:r>
    </w:p>
    <w:p/>
    <w:p>
      <w:r>
        <w:rPr>
          <w:b/>
          <w:sz w:val="20"/>
        </w:rPr>
        <w:t>§ 3 – Dokumentationspflicht</w:t>
      </w:r>
    </w:p>
    <w:p>
      <w:r>
        <w:rPr>
          <w:b w:val="0"/>
          <w:sz w:val="20"/>
        </w:rPr>
        <w:t>Der Auftragnehmer ist verpflichtet, die erbrachten Leistungen detailliert zu dokumentieren und dem Auftraggeber auf Verlangen vorzulegen.</w:t>
      </w:r>
    </w:p>
    <w:p/>
    <w:p>
      <w:r>
        <w:rPr>
          <w:b/>
          <w:sz w:val="20"/>
        </w:rPr>
        <w:t>§ 4 – Pflichten des Auftraggebers</w:t>
      </w:r>
    </w:p>
    <w:p>
      <w:r>
        <w:rPr>
          <w:b w:val="0"/>
          <w:sz w:val="20"/>
        </w:rPr>
        <w:t>Der Auftraggeber sorgt dafür, dass die Einsatzorte zugänglich sind und notwendige Informationen rechtzeitig bereitgestellt werden.</w:t>
      </w:r>
    </w:p>
    <w:p/>
    <w:p>
      <w:r>
        <w:rPr>
          <w:b/>
          <w:sz w:val="20"/>
        </w:rPr>
        <w:t>§ 5 – Vergütung</w:t>
      </w:r>
    </w:p>
    <w:p>
      <w:r>
        <w:rPr>
          <w:b w:val="0"/>
          <w:sz w:val="20"/>
        </w:rPr>
        <w:t>Die Vergütung erfolgt gemäß der vertraglichen Vereinbarung. Zusätzliche Leistungen werden gesondert berechnet.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Änderungen oder Ergänzungen dieses Vertrages bedürfen der Schriftform. Gerichtsstand ist der Sitz des Auftraggebers, soweit gesetzlich zulässig.</w:t>
      </w:r>
    </w:p>
    <w:p/>
    <w:p/>
    <w:p>
      <w:r>
        <w:rPr>
          <w:b w:val="0"/>
          <w:sz w:val="20"/>
        </w:rPr>
        <w:t>Ort : ___________________________________    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https://dokumentfertig.com/winterdienst-dokumentation-vorlage/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winterdienst-dokumentatio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