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EINE KÜNDIGUNG DER WOHNUNG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 (Vermieter/Verwaltung):</w:t>
      </w:r>
    </w:p>
    <w:p>
      <w:r>
        <w:rPr>
          <w:b w:val="0"/>
          <w:sz w:val="20"/>
        </w:rPr>
        <w:t>Name/Firma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Betreff: Kündigung des Mietvertrages für die Wohnung</w:t>
      </w:r>
    </w:p>
    <w:p>
      <w:r>
        <w:rPr>
          <w:b w:val="0"/>
          <w:sz w:val="20"/>
        </w:rPr>
        <w:t>______________________________________________ (genaue Bezeichnung der Wohnung)</w:t>
      </w:r>
    </w:p>
    <w:p/>
    <w:p>
      <w:r>
        <w:rPr>
          <w:b/>
          <w:sz w:val="20"/>
        </w:rPr>
        <w:t>Sehr geehrte Damen und Herren,</w:t>
      </w:r>
    </w:p>
    <w:p>
      <w:r>
        <w:rPr>
          <w:b w:val="0"/>
          <w:sz w:val="20"/>
        </w:rPr>
        <w:t>hiermit kündige ich den Mietvertrag für die oben genannte Wohnung fristgerecht zum Ablauf der vertraglich vereinbarten Mietdauer.</w:t>
      </w:r>
    </w:p>
    <w:p>
      <w:r>
        <w:rPr>
          <w:b w:val="0"/>
          <w:sz w:val="20"/>
        </w:rPr>
        <w:t>Ich bitte Sie, mir den Erhalt dieser Kündigung sowie das Vertragsende schriftlich zu bestätigen.</w:t>
      </w:r>
    </w:p>
    <w:p>
      <w:r>
        <w:rPr>
          <w:b w:val="0"/>
          <w:sz w:val="20"/>
        </w:rPr>
        <w:t>Des Weiteren stehe ich für die Vereinbarung eines Termins zur Wohnungsübergabe gerne zur Verfügung.</w:t>
      </w:r>
    </w:p>
    <w:p/>
    <w:p>
      <w:r>
        <w:rPr>
          <w:b w:val="0"/>
          <w:sz w:val="20"/>
        </w:rPr>
        <w:t>Bitte beachten Sie, dass ich die Wohnung in einem vertragsgemäßen Zustand übergeben werde.</w:t>
      </w:r>
    </w:p>
    <w:p>
      <w:r>
        <w:rPr>
          <w:b w:val="0"/>
          <w:sz w:val="20"/>
        </w:rPr>
        <w:t>Sollten Sie eine Nachmieterregelung wünschen, bitte ich um entsprechende Mitteilung.</w:t>
      </w:r>
    </w:p>
    <w:p/>
    <w:p>
      <w:r>
        <w:rPr>
          <w:b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__________________________________________________</w:t>
      </w:r>
    </w:p>
    <w:p>
      <w:pPr>
        <w:jc w:val="center"/>
      </w:pPr>
      <w:r>
        <w:rPr>
          <w:b w:val="0"/>
          <w:sz w:val="20"/>
        </w:rPr>
        <w:t>(Unterschrift)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https://dokumentfertig.com/wohnung-kundigen-vorlage/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wohnung-kundigen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