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BESTÄTIGUNG DES ZAHLUNGSEINGANGS</w:t>
      </w:r>
    </w:p>
    <w:p/>
    <w:p>
      <w:r>
        <w:rPr>
          <w:b/>
          <w:sz w:val="20"/>
        </w:rPr>
        <w:t>Hiermit bestätigen wir den Eingang der Zahlung nachfolgender Angaben:</w:t>
      </w:r>
    </w:p>
    <w:p/>
    <w:p>
      <w:r>
        <w:rPr>
          <w:b/>
          <w:sz w:val="20"/>
        </w:rPr>
        <w:t>Angaben des Zahlungsempfängers:</w:t>
      </w:r>
    </w:p>
    <w:p>
      <w:r>
        <w:rPr>
          <w:b w:val="0"/>
          <w:sz w:val="20"/>
        </w:rPr>
        <w:t>Name / Firma: _________________________________________________</w:t>
      </w:r>
    </w:p>
    <w:p>
      <w:r>
        <w:rPr>
          <w:b w:val="0"/>
          <w:sz w:val="20"/>
        </w:rPr>
        <w:t>Anschrift: ____________________________________________________</w:t>
      </w:r>
    </w:p>
    <w:p>
      <w:r>
        <w:rPr>
          <w:b w:val="0"/>
          <w:sz w:val="20"/>
        </w:rPr>
        <w:t>Bankverbindung: _______________________________________________</w:t>
      </w:r>
    </w:p>
    <w:p/>
    <w:p>
      <w:r>
        <w:rPr>
          <w:b/>
          <w:sz w:val="20"/>
        </w:rPr>
        <w:t>Angaben des Zahlers:</w:t>
      </w:r>
    </w:p>
    <w:p>
      <w:r>
        <w:rPr>
          <w:b w:val="0"/>
          <w:sz w:val="20"/>
        </w:rPr>
        <w:t>Name / Firma: _________________________________________________</w:t>
      </w:r>
    </w:p>
    <w:p>
      <w:r>
        <w:rPr>
          <w:b w:val="0"/>
          <w:sz w:val="20"/>
        </w:rPr>
        <w:t>Anschrift: ____________________________________________________</w:t>
      </w:r>
    </w:p>
    <w:p/>
    <w:p>
      <w:r>
        <w:rPr>
          <w:b/>
          <w:sz w:val="20"/>
        </w:rPr>
        <w:t>Zahlungsdetails:</w:t>
      </w:r>
    </w:p>
    <w:p>
      <w:r>
        <w:rPr>
          <w:b w:val="0"/>
          <w:sz w:val="20"/>
        </w:rPr>
        <w:t>Betrag: ___________________ EUR</w:t>
      </w:r>
    </w:p>
    <w:p>
      <w:r>
        <w:rPr>
          <w:b w:val="0"/>
          <w:sz w:val="20"/>
        </w:rPr>
        <w:t>Verwendungszweck: _____________________________________________</w:t>
      </w:r>
    </w:p>
    <w:p>
      <w:r>
        <w:rPr>
          <w:b w:val="0"/>
          <w:sz w:val="20"/>
        </w:rPr>
        <w:t>Zahlungsart: _________________________________________________</w:t>
      </w:r>
    </w:p>
    <w:p/>
    <w:p>
      <w:r>
        <w:rPr>
          <w:b w:val="0"/>
          <w:sz w:val="20"/>
        </w:rPr>
        <w:t>Wir bestätigen hiermit den vollständigen Eingang des oben genannten Betrages.</w:t>
      </w:r>
    </w:p>
    <w:p/>
    <w:p>
      <w:r>
        <w:rPr>
          <w:b w:val="0"/>
          <w:sz w:val="20"/>
        </w:rPr>
        <w:t>Diese Bestätigung erfolgt ohne Anerkennung einer Rechtspflicht und stellt keine Quittung dar,</w:t>
      </w:r>
    </w:p>
    <w:p>
      <w:r>
        <w:rPr>
          <w:b w:val="0"/>
          <w:sz w:val="20"/>
        </w:rPr>
        <w:t>sofern nicht ausdrücklich anders vereinbart.</w:t>
      </w:r>
    </w:p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Diese Bestätigung dient ausschließlich als Nachweis über den Zahlungseingang und ersetzt keine weitergehenden</w:t>
      </w:r>
    </w:p>
    <w:p>
      <w:r>
        <w:rPr>
          <w:b w:val="0"/>
          <w:sz w:val="20"/>
        </w:rPr>
        <w:t>vereinbarten Vertragsdokumente oder Quittungen.</w:t>
      </w:r>
    </w:p>
    <w:p/>
    <w:p>
      <w:r>
        <w:rPr>
          <w:b/>
          <w:sz w:val="20"/>
        </w:rPr>
        <w:t>Rechtsgrundlage:</w:t>
      </w:r>
    </w:p>
    <w:p>
      <w:r>
        <w:rPr>
          <w:b w:val="0"/>
          <w:sz w:val="20"/>
        </w:rPr>
        <w:t>Die Bestätigung erfolgt im Rahmen der vertraglichen Vereinbarungen zwischen den Parteien nach deutschem Recht.</w:t>
      </w:r>
    </w:p>
    <w:p/>
    <w:p/>
    <w:p>
      <w:r>
        <w:rPr>
          <w:b w:val="0"/>
          <w:sz w:val="20"/>
        </w:rPr>
        <w:t>Ort,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Zahlungsempfänger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Zahler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https://dokumentfertig.com/zahlungseingang-bestatigen/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zahlungseingang-bestatig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